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E2687" w14:textId="76E33CCF" w:rsidR="00CC7B4F" w:rsidRPr="00CC7B4F" w:rsidRDefault="00CC7B4F" w:rsidP="00CC7B4F">
      <w:pPr>
        <w:jc w:val="center"/>
      </w:pPr>
      <w:r w:rsidRPr="00CC7B4F">
        <w:rPr>
          <w:noProof/>
        </w:rPr>
        <w:drawing>
          <wp:inline distT="0" distB="0" distL="0" distR="0" wp14:anchorId="3309FCA5" wp14:editId="1069B51F">
            <wp:extent cx="5943600" cy="8915400"/>
            <wp:effectExtent l="0" t="0" r="0" b="0"/>
            <wp:docPr id="390656169" name="Picture 6" descr="A book cover with hands folded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6169" name="Picture 6" descr="A book cover with hands folded togeth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14:paraId="48AD4605" w14:textId="77777777" w:rsidR="00CC7B4F" w:rsidRDefault="00CC7B4F">
      <w:pPr>
        <w:jc w:val="center"/>
      </w:pPr>
    </w:p>
    <w:p w14:paraId="70339E78" w14:textId="77777777" w:rsidR="00605635" w:rsidRDefault="00605635" w:rsidP="00605635">
      <w:pPr>
        <w:tabs>
          <w:tab w:val="left" w:pos="1080"/>
        </w:tabs>
        <w:spacing w:after="0" w:line="240" w:lineRule="auto"/>
        <w:jc w:val="center"/>
        <w:rPr>
          <w:rFonts w:ascii="Arial" w:hAnsi="Arial" w:cs="Arial"/>
          <w:b/>
          <w:bCs/>
          <w:sz w:val="24"/>
          <w:szCs w:val="24"/>
        </w:rPr>
      </w:pPr>
      <w:r>
        <w:rPr>
          <w:noProof/>
        </w:rPr>
        <w:drawing>
          <wp:inline distT="0" distB="0" distL="0" distR="0" wp14:anchorId="6E46E814" wp14:editId="31424AEA">
            <wp:extent cx="2476500" cy="1442973"/>
            <wp:effectExtent l="0" t="0" r="0" b="5080"/>
            <wp:docPr id="862837330" name="Picture 862837330" descr="https://stpatrickmiamibeach.com/church/wp-content/uploads/2017/01/word-from-the-pastor-60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patrickmiamibeach.com/church/wp-content/uploads/2017/01/word-from-the-pastor-600x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70" cy="1494405"/>
                    </a:xfrm>
                    <a:prstGeom prst="rect">
                      <a:avLst/>
                    </a:prstGeom>
                    <a:noFill/>
                    <a:ln>
                      <a:noFill/>
                    </a:ln>
                  </pic:spPr>
                </pic:pic>
              </a:graphicData>
            </a:graphic>
          </wp:inline>
        </w:drawing>
      </w:r>
    </w:p>
    <w:p w14:paraId="075352BD" w14:textId="77777777" w:rsidR="00605635" w:rsidRPr="0070605C" w:rsidRDefault="00605635" w:rsidP="00605635">
      <w:pPr>
        <w:spacing w:after="0" w:line="240" w:lineRule="auto"/>
        <w:rPr>
          <w:rFonts w:ascii="Arial" w:hAnsi="Arial" w:cs="Arial"/>
          <w:color w:val="000000" w:themeColor="text1"/>
        </w:rPr>
      </w:pPr>
      <w:r w:rsidRPr="0070605C">
        <w:rPr>
          <w:rFonts w:ascii="Arial" w:hAnsi="Arial" w:cs="Arial"/>
          <w:color w:val="000000" w:themeColor="text1"/>
        </w:rPr>
        <w:t>Greetings to you,</w:t>
      </w:r>
    </w:p>
    <w:p w14:paraId="2299DAED" w14:textId="77777777" w:rsidR="00605635" w:rsidRPr="0070605C" w:rsidRDefault="00605635" w:rsidP="00605635">
      <w:pPr>
        <w:spacing w:after="0" w:line="240" w:lineRule="auto"/>
        <w:rPr>
          <w:rFonts w:ascii="Arial" w:hAnsi="Arial" w:cs="Arial"/>
        </w:rPr>
      </w:pPr>
    </w:p>
    <w:p w14:paraId="03708DC5" w14:textId="77777777" w:rsidR="00605635" w:rsidRDefault="00605635" w:rsidP="00605635">
      <w:pPr>
        <w:spacing w:after="0" w:line="240" w:lineRule="auto"/>
        <w:rPr>
          <w:rFonts w:ascii="Arial" w:hAnsi="Arial" w:cs="Arial"/>
          <w:color w:val="000000"/>
        </w:rPr>
      </w:pPr>
      <w:r w:rsidRPr="00B44666">
        <w:rPr>
          <w:rFonts w:ascii="Arial" w:hAnsi="Arial" w:cs="Arial"/>
        </w:rPr>
        <w:t xml:space="preserve">Welcome to our Fasting Devotional Guide. Praise God for the theme:” Walking </w:t>
      </w:r>
      <w:proofErr w:type="gramStart"/>
      <w:r w:rsidRPr="00B44666">
        <w:rPr>
          <w:rFonts w:ascii="Arial" w:hAnsi="Arial" w:cs="Arial"/>
        </w:rPr>
        <w:t>In</w:t>
      </w:r>
      <w:proofErr w:type="gramEnd"/>
      <w:r w:rsidRPr="00B44666">
        <w:rPr>
          <w:rFonts w:ascii="Arial" w:hAnsi="Arial" w:cs="Arial"/>
        </w:rPr>
        <w:t xml:space="preserve"> the Authority of God”.</w:t>
      </w:r>
      <w:r>
        <w:rPr>
          <w:rFonts w:ascii="Arial" w:hAnsi="Arial" w:cs="Arial"/>
        </w:rPr>
        <w:t xml:space="preserve"> But w</w:t>
      </w:r>
      <w:r w:rsidRPr="00B44666">
        <w:rPr>
          <w:rFonts w:ascii="Arial" w:hAnsi="Arial" w:cs="Arial"/>
        </w:rPr>
        <w:t xml:space="preserve">hat does this mean? </w:t>
      </w:r>
      <w:r w:rsidRPr="00B44666">
        <w:rPr>
          <w:rFonts w:ascii="Arial" w:hAnsi="Arial" w:cs="Arial"/>
          <w:color w:val="000000"/>
        </w:rPr>
        <w:t>How can we exercise God's authority in our daily lives?</w:t>
      </w:r>
    </w:p>
    <w:p w14:paraId="0FFB5F9D" w14:textId="77777777" w:rsidR="00605635" w:rsidRPr="00B44666" w:rsidRDefault="00605635" w:rsidP="00605635">
      <w:pPr>
        <w:spacing w:after="0" w:line="240" w:lineRule="auto"/>
        <w:rPr>
          <w:rFonts w:ascii="Arial" w:hAnsi="Arial" w:cs="Arial"/>
        </w:rPr>
      </w:pPr>
    </w:p>
    <w:p w14:paraId="398FC17C" w14:textId="77777777" w:rsidR="00605635" w:rsidRPr="00B44666" w:rsidRDefault="00605635" w:rsidP="00605635">
      <w:pPr>
        <w:pStyle w:val="ListParagraph"/>
        <w:numPr>
          <w:ilvl w:val="0"/>
          <w:numId w:val="10"/>
        </w:numPr>
        <w:spacing w:after="0" w:line="240" w:lineRule="auto"/>
        <w:rPr>
          <w:rFonts w:ascii="Arial" w:hAnsi="Arial" w:cs="Arial"/>
        </w:rPr>
      </w:pPr>
      <w:r w:rsidRPr="00B44666">
        <w:rPr>
          <w:rFonts w:ascii="Arial" w:hAnsi="Arial" w:cs="Arial"/>
        </w:rPr>
        <w:t xml:space="preserve"> We must first understand our </w:t>
      </w:r>
      <w:r>
        <w:rPr>
          <w:rFonts w:ascii="Arial" w:hAnsi="Arial" w:cs="Arial"/>
        </w:rPr>
        <w:t>IDENTITY</w:t>
      </w:r>
      <w:r w:rsidRPr="00B44666">
        <w:rPr>
          <w:rFonts w:ascii="Arial" w:hAnsi="Arial" w:cs="Arial"/>
        </w:rPr>
        <w:t xml:space="preserve"> in Christ</w:t>
      </w:r>
    </w:p>
    <w:p w14:paraId="5AFE7568" w14:textId="77777777" w:rsidR="00605635" w:rsidRPr="00B44666" w:rsidRDefault="00605635" w:rsidP="00605635">
      <w:pPr>
        <w:pStyle w:val="ListParagraph"/>
        <w:spacing w:after="0" w:line="240" w:lineRule="auto"/>
        <w:rPr>
          <w:rFonts w:ascii="Arial" w:hAnsi="Arial" w:cs="Arial"/>
        </w:rPr>
      </w:pPr>
    </w:p>
    <w:p w14:paraId="6EEAFBEF" w14:textId="77777777" w:rsidR="00605635" w:rsidRPr="00B44666" w:rsidRDefault="00605635" w:rsidP="00605635">
      <w:pPr>
        <w:pStyle w:val="ListParagraph"/>
        <w:numPr>
          <w:ilvl w:val="0"/>
          <w:numId w:val="10"/>
        </w:numPr>
        <w:spacing w:after="0" w:line="240" w:lineRule="auto"/>
        <w:rPr>
          <w:rFonts w:ascii="Arial" w:hAnsi="Arial" w:cs="Arial"/>
        </w:rPr>
      </w:pPr>
      <w:r w:rsidRPr="00B44666">
        <w:rPr>
          <w:rFonts w:ascii="Arial" w:hAnsi="Arial" w:cs="Arial"/>
        </w:rPr>
        <w:t>We must understand that God is all powerful</w:t>
      </w:r>
    </w:p>
    <w:p w14:paraId="47CFE1E8" w14:textId="77777777" w:rsidR="00605635" w:rsidRPr="00B44666" w:rsidRDefault="00605635" w:rsidP="00605635">
      <w:pPr>
        <w:pStyle w:val="ListParagraph"/>
        <w:spacing w:after="0" w:line="240" w:lineRule="auto"/>
        <w:rPr>
          <w:rFonts w:ascii="Arial" w:hAnsi="Arial" w:cs="Arial"/>
        </w:rPr>
      </w:pPr>
    </w:p>
    <w:p w14:paraId="0D1A5248" w14:textId="77777777" w:rsidR="00605635" w:rsidRDefault="00605635" w:rsidP="00605635">
      <w:pPr>
        <w:pStyle w:val="ListParagraph"/>
        <w:numPr>
          <w:ilvl w:val="0"/>
          <w:numId w:val="10"/>
        </w:numPr>
        <w:spacing w:after="0" w:line="240" w:lineRule="auto"/>
        <w:rPr>
          <w:rFonts w:ascii="Arial" w:hAnsi="Arial" w:cs="Arial"/>
        </w:rPr>
      </w:pPr>
      <w:r w:rsidRPr="00B44666">
        <w:rPr>
          <w:rFonts w:ascii="Arial" w:hAnsi="Arial" w:cs="Arial"/>
        </w:rPr>
        <w:t>As</w:t>
      </w:r>
      <w:r>
        <w:rPr>
          <w:rFonts w:ascii="Arial" w:hAnsi="Arial" w:cs="Arial"/>
        </w:rPr>
        <w:t xml:space="preserve"> </w:t>
      </w:r>
      <w:r w:rsidRPr="00B44666">
        <w:rPr>
          <w:rFonts w:ascii="Arial" w:hAnsi="Arial" w:cs="Arial"/>
        </w:rPr>
        <w:t>believer</w:t>
      </w:r>
      <w:r>
        <w:rPr>
          <w:rFonts w:ascii="Arial" w:hAnsi="Arial" w:cs="Arial"/>
        </w:rPr>
        <w:t>s</w:t>
      </w:r>
      <w:r w:rsidRPr="00B44666">
        <w:rPr>
          <w:rFonts w:ascii="Arial" w:hAnsi="Arial" w:cs="Arial"/>
        </w:rPr>
        <w:t xml:space="preserve">, we must know </w:t>
      </w:r>
      <w:r>
        <w:rPr>
          <w:rFonts w:ascii="Arial" w:hAnsi="Arial" w:cs="Arial"/>
        </w:rPr>
        <w:t>we too have the same power that Jesus possessed, given to us by the Father, t</w:t>
      </w:r>
      <w:r w:rsidRPr="00B44666">
        <w:rPr>
          <w:rFonts w:ascii="Arial" w:hAnsi="Arial" w:cs="Arial"/>
        </w:rPr>
        <w:t>hrough His Son and the Holy Spirit.</w:t>
      </w:r>
    </w:p>
    <w:p w14:paraId="45D35532" w14:textId="77777777" w:rsidR="00605635" w:rsidRPr="009E7628" w:rsidRDefault="00605635" w:rsidP="00605635">
      <w:pPr>
        <w:spacing w:after="0" w:line="240" w:lineRule="auto"/>
        <w:rPr>
          <w:rFonts w:ascii="Arial" w:hAnsi="Arial" w:cs="Arial"/>
        </w:rPr>
      </w:pPr>
    </w:p>
    <w:p w14:paraId="57782C1D" w14:textId="77777777" w:rsidR="00605635" w:rsidRPr="0070605C" w:rsidRDefault="00605635" w:rsidP="00605635">
      <w:pPr>
        <w:spacing w:after="0" w:line="240" w:lineRule="auto"/>
        <w:rPr>
          <w:rFonts w:ascii="Arial" w:hAnsi="Arial" w:cs="Arial"/>
        </w:rPr>
      </w:pPr>
      <w:r>
        <w:rPr>
          <w:rFonts w:ascii="Arial" w:hAnsi="Arial" w:cs="Arial"/>
        </w:rPr>
        <w:t xml:space="preserve">To walk in the authority of God, we must remember that we are children of God and He is our Father. God loves us so much and desires that we enjoy life while embracing His love in our lives and the purpose He has for our lives.  It is time that we trust in God’s power and use that same power as we share God’s love and words to others. We must remain focus on the things God has called us to do and not become distracted from our tasks. We belong to the Lord and </w:t>
      </w:r>
      <w:proofErr w:type="gramStart"/>
      <w:r>
        <w:rPr>
          <w:rFonts w:ascii="Arial" w:hAnsi="Arial" w:cs="Arial"/>
        </w:rPr>
        <w:t>empowered</w:t>
      </w:r>
      <w:proofErr w:type="gramEnd"/>
      <w:r>
        <w:rPr>
          <w:rFonts w:ascii="Arial" w:hAnsi="Arial" w:cs="Arial"/>
        </w:rPr>
        <w:t xml:space="preserve"> with His Spirit, we are called to greater things in our lives.</w:t>
      </w:r>
    </w:p>
    <w:p w14:paraId="38414348" w14:textId="77777777" w:rsidR="00605635" w:rsidRPr="0070605C" w:rsidRDefault="00605635" w:rsidP="00605635">
      <w:pPr>
        <w:spacing w:after="0" w:line="240" w:lineRule="auto"/>
        <w:rPr>
          <w:rFonts w:ascii="Arial" w:hAnsi="Arial" w:cs="Arial"/>
        </w:rPr>
      </w:pPr>
    </w:p>
    <w:p w14:paraId="3ABEE677" w14:textId="77777777" w:rsidR="00605635" w:rsidRPr="0070605C" w:rsidRDefault="00605635" w:rsidP="00605635">
      <w:pPr>
        <w:spacing w:after="0" w:line="240" w:lineRule="auto"/>
        <w:rPr>
          <w:rFonts w:ascii="Arial" w:hAnsi="Arial" w:cs="Arial"/>
        </w:rPr>
      </w:pPr>
      <w:r w:rsidRPr="0070605C">
        <w:rPr>
          <w:rFonts w:ascii="Arial" w:hAnsi="Arial" w:cs="Arial"/>
        </w:rPr>
        <w:t xml:space="preserve">With that, I pray you join us </w:t>
      </w:r>
      <w:r>
        <w:rPr>
          <w:rFonts w:ascii="Arial" w:hAnsi="Arial" w:cs="Arial"/>
        </w:rPr>
        <w:t>in</w:t>
      </w:r>
      <w:r w:rsidRPr="0070605C">
        <w:rPr>
          <w:rFonts w:ascii="Arial" w:hAnsi="Arial" w:cs="Arial"/>
        </w:rPr>
        <w:t xml:space="preserve"> a </w:t>
      </w:r>
      <w:r>
        <w:rPr>
          <w:rFonts w:ascii="Arial" w:hAnsi="Arial" w:cs="Arial"/>
        </w:rPr>
        <w:t>6-</w:t>
      </w:r>
      <w:r w:rsidRPr="0070605C">
        <w:rPr>
          <w:rFonts w:ascii="Arial" w:hAnsi="Arial" w:cs="Arial"/>
        </w:rPr>
        <w:t>Day period of Fasting and Prayer</w:t>
      </w:r>
      <w:r>
        <w:rPr>
          <w:rFonts w:ascii="Arial" w:hAnsi="Arial" w:cs="Arial"/>
        </w:rPr>
        <w:t xml:space="preserve"> during the Holy Week</w:t>
      </w:r>
      <w:r w:rsidRPr="0070605C">
        <w:rPr>
          <w:rFonts w:ascii="Arial" w:hAnsi="Arial" w:cs="Arial"/>
        </w:rPr>
        <w:t>.</w:t>
      </w:r>
      <w:r>
        <w:rPr>
          <w:rFonts w:ascii="Arial" w:hAnsi="Arial" w:cs="Arial"/>
        </w:rPr>
        <w:t xml:space="preserve"> As we prepare ourselves to observe Jesus’ last week on earth before going to the cross to die for our sins, let us take this time to fast and pray to draw closer to God. Let us use this time to </w:t>
      </w:r>
      <w:r w:rsidRPr="0070605C">
        <w:rPr>
          <w:rFonts w:ascii="Arial" w:hAnsi="Arial" w:cs="Arial"/>
        </w:rPr>
        <w:t xml:space="preserve">hear clearly from </w:t>
      </w:r>
      <w:r>
        <w:rPr>
          <w:rFonts w:ascii="Arial" w:hAnsi="Arial" w:cs="Arial"/>
        </w:rPr>
        <w:t xml:space="preserve">the Lord </w:t>
      </w:r>
      <w:r w:rsidRPr="0070605C">
        <w:rPr>
          <w:rFonts w:ascii="Arial" w:hAnsi="Arial" w:cs="Arial"/>
        </w:rPr>
        <w:t>as He reveal to us the truth of who we are</w:t>
      </w:r>
      <w:r>
        <w:rPr>
          <w:rFonts w:ascii="Arial" w:hAnsi="Arial" w:cs="Arial"/>
        </w:rPr>
        <w:t xml:space="preserve">, </w:t>
      </w:r>
      <w:r w:rsidRPr="0070605C">
        <w:rPr>
          <w:rFonts w:ascii="Arial" w:hAnsi="Arial" w:cs="Arial"/>
        </w:rPr>
        <w:t>the very purpose of our existence</w:t>
      </w:r>
      <w:r>
        <w:rPr>
          <w:rFonts w:ascii="Arial" w:hAnsi="Arial" w:cs="Arial"/>
        </w:rPr>
        <w:t>, and be endowed with His presence as we walk in His authority</w:t>
      </w:r>
      <w:r w:rsidRPr="0070605C">
        <w:rPr>
          <w:rFonts w:ascii="Arial" w:hAnsi="Arial" w:cs="Arial"/>
        </w:rPr>
        <w:t xml:space="preserve">.  The divine purpose of fasting is to work on our flesh so that God’s Spirit </w:t>
      </w:r>
      <w:r>
        <w:rPr>
          <w:rFonts w:ascii="Arial" w:hAnsi="Arial" w:cs="Arial"/>
        </w:rPr>
        <w:t>can</w:t>
      </w:r>
      <w:r w:rsidRPr="0070605C">
        <w:rPr>
          <w:rFonts w:ascii="Arial" w:hAnsi="Arial" w:cs="Arial"/>
        </w:rPr>
        <w:t xml:space="preserve"> move in our lives, transforming us into what He already knows we are.  Wh</w:t>
      </w:r>
      <w:r>
        <w:rPr>
          <w:rFonts w:ascii="Arial" w:hAnsi="Arial" w:cs="Arial"/>
        </w:rPr>
        <w:t>ile</w:t>
      </w:r>
      <w:r w:rsidRPr="0070605C">
        <w:rPr>
          <w:rFonts w:ascii="Arial" w:hAnsi="Arial" w:cs="Arial"/>
        </w:rPr>
        <w:t xml:space="preserve"> fasting, our main source of “food" is </w:t>
      </w:r>
      <w:r>
        <w:rPr>
          <w:rFonts w:ascii="Arial" w:hAnsi="Arial" w:cs="Arial"/>
        </w:rPr>
        <w:t>God’s presence</w:t>
      </w:r>
      <w:r w:rsidRPr="0070605C">
        <w:rPr>
          <w:rFonts w:ascii="Arial" w:hAnsi="Arial" w:cs="Arial"/>
        </w:rPr>
        <w:t xml:space="preserve"> and His Word, so it is very important that you spend time with God daily</w:t>
      </w:r>
      <w:r>
        <w:rPr>
          <w:rFonts w:ascii="Arial" w:hAnsi="Arial" w:cs="Arial"/>
        </w:rPr>
        <w:t>; removing</w:t>
      </w:r>
      <w:r w:rsidRPr="0070605C">
        <w:rPr>
          <w:rFonts w:ascii="Arial" w:hAnsi="Arial" w:cs="Arial"/>
        </w:rPr>
        <w:t xml:space="preserve"> as many distractions as possible </w:t>
      </w:r>
      <w:r>
        <w:rPr>
          <w:rFonts w:ascii="Arial" w:hAnsi="Arial" w:cs="Arial"/>
        </w:rPr>
        <w:t>so we can</w:t>
      </w:r>
      <w:r w:rsidRPr="0070605C">
        <w:rPr>
          <w:rFonts w:ascii="Arial" w:hAnsi="Arial" w:cs="Arial"/>
        </w:rPr>
        <w:t xml:space="preserve"> hear clearly from Him. </w:t>
      </w:r>
    </w:p>
    <w:p w14:paraId="489C3DBE" w14:textId="77777777" w:rsidR="00605635" w:rsidRPr="0070605C" w:rsidRDefault="00605635" w:rsidP="00605635">
      <w:pPr>
        <w:spacing w:after="0" w:line="240" w:lineRule="auto"/>
        <w:rPr>
          <w:rFonts w:ascii="Arial" w:hAnsi="Arial" w:cs="Arial"/>
        </w:rPr>
      </w:pPr>
    </w:p>
    <w:p w14:paraId="2CF98C0C" w14:textId="77777777" w:rsidR="00605635" w:rsidRPr="0070605C" w:rsidRDefault="00605635" w:rsidP="00605635">
      <w:pPr>
        <w:spacing w:after="0" w:line="240" w:lineRule="auto"/>
        <w:rPr>
          <w:rFonts w:ascii="Arial" w:hAnsi="Arial" w:cs="Arial"/>
        </w:rPr>
      </w:pPr>
      <w:r w:rsidRPr="0070605C">
        <w:rPr>
          <w:rFonts w:ascii="Arial" w:hAnsi="Arial" w:cs="Arial"/>
        </w:rPr>
        <w:t>Remember that fasting is not just about abstaining from food</w:t>
      </w:r>
      <w:r>
        <w:rPr>
          <w:rFonts w:ascii="Arial" w:hAnsi="Arial" w:cs="Arial"/>
        </w:rPr>
        <w:t xml:space="preserve"> but about </w:t>
      </w:r>
      <w:r w:rsidRPr="0070605C">
        <w:rPr>
          <w:rFonts w:ascii="Arial" w:hAnsi="Arial" w:cs="Arial"/>
        </w:rPr>
        <w:t>becoming intimate with God</w:t>
      </w:r>
      <w:r>
        <w:rPr>
          <w:rFonts w:ascii="Arial" w:hAnsi="Arial" w:cs="Arial"/>
        </w:rPr>
        <w:t xml:space="preserve"> and</w:t>
      </w:r>
      <w:r w:rsidRPr="0070605C">
        <w:rPr>
          <w:rFonts w:ascii="Arial" w:hAnsi="Arial" w:cs="Arial"/>
        </w:rPr>
        <w:t xml:space="preserve"> serving others.  May this special time with Him bring you clarity, peace, and divine blessings</w:t>
      </w:r>
      <w:r>
        <w:rPr>
          <w:rFonts w:ascii="Arial" w:hAnsi="Arial" w:cs="Arial"/>
        </w:rPr>
        <w:t>.</w:t>
      </w:r>
      <w:r w:rsidRPr="0070605C">
        <w:rPr>
          <w:rFonts w:ascii="Arial" w:hAnsi="Arial" w:cs="Arial"/>
        </w:rPr>
        <w:t xml:space="preserve">  </w:t>
      </w:r>
    </w:p>
    <w:p w14:paraId="7C7E8305" w14:textId="77777777" w:rsidR="00605635" w:rsidRPr="0070605C" w:rsidRDefault="00605635" w:rsidP="00605635">
      <w:pPr>
        <w:spacing w:after="0" w:line="240" w:lineRule="auto"/>
        <w:rPr>
          <w:rFonts w:ascii="Arial" w:hAnsi="Arial" w:cs="Arial"/>
        </w:rPr>
      </w:pPr>
    </w:p>
    <w:p w14:paraId="1C754EC7" w14:textId="77777777" w:rsidR="00605635" w:rsidRPr="0070605C" w:rsidRDefault="00605635" w:rsidP="00605635">
      <w:pPr>
        <w:spacing w:after="0" w:line="240" w:lineRule="auto"/>
        <w:rPr>
          <w:rFonts w:ascii="Arial" w:hAnsi="Arial" w:cs="Arial"/>
        </w:rPr>
      </w:pPr>
      <w:r w:rsidRPr="0070605C">
        <w:rPr>
          <w:rFonts w:ascii="Arial" w:hAnsi="Arial" w:cs="Arial"/>
        </w:rPr>
        <w:t>In Jesus’ name,</w:t>
      </w:r>
    </w:p>
    <w:p w14:paraId="5B5BFACA" w14:textId="77777777" w:rsidR="00605635" w:rsidRPr="0070605C" w:rsidRDefault="00605635" w:rsidP="00605635">
      <w:pPr>
        <w:spacing w:after="0" w:line="240" w:lineRule="auto"/>
        <w:rPr>
          <w:rFonts w:ascii="Arial" w:hAnsi="Arial" w:cs="Arial"/>
        </w:rPr>
      </w:pPr>
    </w:p>
    <w:p w14:paraId="72B0F0B2" w14:textId="77777777" w:rsidR="00605635" w:rsidRPr="00891280" w:rsidRDefault="00605635" w:rsidP="00605635">
      <w:pPr>
        <w:spacing w:after="0" w:line="240" w:lineRule="auto"/>
        <w:rPr>
          <w:rFonts w:ascii="Vladimir Script" w:hAnsi="Vladimir Script" w:cs="Arial"/>
          <w:sz w:val="48"/>
          <w:szCs w:val="48"/>
        </w:rPr>
      </w:pPr>
      <w:r w:rsidRPr="00891280">
        <w:rPr>
          <w:rFonts w:ascii="Vladimir Script" w:hAnsi="Vladimir Script" w:cs="Arial"/>
          <w:b/>
          <w:sz w:val="48"/>
          <w:szCs w:val="48"/>
        </w:rPr>
        <w:t>George P, Windley, Jr.</w:t>
      </w:r>
    </w:p>
    <w:p w14:paraId="090ECA4A" w14:textId="77777777" w:rsidR="00605635" w:rsidRPr="0070605C" w:rsidRDefault="00605635" w:rsidP="00605635">
      <w:pPr>
        <w:spacing w:after="0" w:line="240" w:lineRule="auto"/>
        <w:rPr>
          <w:rFonts w:ascii="Arial" w:hAnsi="Arial" w:cs="Arial"/>
        </w:rPr>
      </w:pPr>
    </w:p>
    <w:p w14:paraId="17732279" w14:textId="77777777" w:rsidR="00605635" w:rsidRPr="0070605C" w:rsidRDefault="00605635" w:rsidP="00605635">
      <w:pPr>
        <w:spacing w:after="0" w:line="240" w:lineRule="auto"/>
        <w:rPr>
          <w:rFonts w:ascii="Arial" w:hAnsi="Arial" w:cs="Arial"/>
        </w:rPr>
      </w:pPr>
      <w:r w:rsidRPr="0070605C">
        <w:rPr>
          <w:rFonts w:ascii="Arial" w:hAnsi="Arial" w:cs="Arial"/>
        </w:rPr>
        <w:t>Rev. George P. Windley, Jr. Pastor</w:t>
      </w:r>
    </w:p>
    <w:p w14:paraId="7E237675" w14:textId="77777777" w:rsidR="00605635" w:rsidRDefault="00605635" w:rsidP="00605635">
      <w:pPr>
        <w:spacing w:after="0" w:line="240" w:lineRule="auto"/>
        <w:rPr>
          <w:rFonts w:ascii="Arial" w:hAnsi="Arial" w:cs="Arial"/>
          <w:sz w:val="24"/>
          <w:szCs w:val="24"/>
        </w:rPr>
      </w:pPr>
    </w:p>
    <w:p w14:paraId="3F12EE7B" w14:textId="291D6ABF" w:rsidR="00605635" w:rsidRDefault="00605635" w:rsidP="00605635">
      <w:pPr>
        <w:spacing w:after="0" w:line="240" w:lineRule="auto"/>
        <w:rPr>
          <w:rFonts w:ascii="Arial" w:hAnsi="Arial" w:cs="Arial"/>
          <w:sz w:val="24"/>
          <w:szCs w:val="24"/>
        </w:rPr>
      </w:pPr>
    </w:p>
    <w:p w14:paraId="320D0492" w14:textId="77777777" w:rsidR="00605635" w:rsidRDefault="00605635" w:rsidP="00605635">
      <w:pPr>
        <w:spacing w:after="0" w:line="240" w:lineRule="auto"/>
        <w:rPr>
          <w:rFonts w:ascii="Arial" w:hAnsi="Arial" w:cs="Arial"/>
          <w:sz w:val="24"/>
          <w:szCs w:val="24"/>
        </w:rPr>
      </w:pPr>
    </w:p>
    <w:p w14:paraId="7E02540B" w14:textId="77777777" w:rsidR="00605635" w:rsidRDefault="00605635" w:rsidP="00605635">
      <w:pPr>
        <w:spacing w:after="0" w:line="240" w:lineRule="auto"/>
        <w:rPr>
          <w:rFonts w:ascii="Arial" w:hAnsi="Arial" w:cs="Arial"/>
          <w:sz w:val="24"/>
          <w:szCs w:val="24"/>
        </w:rPr>
      </w:pPr>
    </w:p>
    <w:p w14:paraId="3D067AB7" w14:textId="77777777" w:rsidR="00605635" w:rsidRDefault="00605635" w:rsidP="00605635">
      <w:pPr>
        <w:spacing w:after="0" w:line="240" w:lineRule="auto"/>
        <w:rPr>
          <w:rFonts w:ascii="Arial" w:hAnsi="Arial" w:cs="Arial"/>
          <w:sz w:val="24"/>
          <w:szCs w:val="24"/>
        </w:rPr>
      </w:pPr>
    </w:p>
    <w:p w14:paraId="29498A5A" w14:textId="77777777" w:rsidR="00605635" w:rsidRDefault="00605635" w:rsidP="00605635">
      <w:pPr>
        <w:spacing w:after="0" w:line="240" w:lineRule="auto"/>
        <w:rPr>
          <w:rFonts w:ascii="Arial" w:hAnsi="Arial" w:cs="Arial"/>
          <w:sz w:val="24"/>
          <w:szCs w:val="24"/>
        </w:rPr>
      </w:pPr>
    </w:p>
    <w:p w14:paraId="0818D151" w14:textId="77777777" w:rsidR="00605635" w:rsidRDefault="00605635" w:rsidP="00605635">
      <w:pPr>
        <w:spacing w:after="0" w:line="240" w:lineRule="auto"/>
        <w:rPr>
          <w:rFonts w:ascii="Arial" w:hAnsi="Arial" w:cs="Arial"/>
          <w:sz w:val="24"/>
          <w:szCs w:val="24"/>
        </w:rPr>
      </w:pPr>
    </w:p>
    <w:p w14:paraId="36FE282A" w14:textId="054D789D" w:rsidR="00605635" w:rsidRPr="00205ACE" w:rsidRDefault="00605635" w:rsidP="00605635">
      <w:pPr>
        <w:spacing w:after="0" w:line="240" w:lineRule="auto"/>
        <w:rPr>
          <w:rFonts w:ascii="Arial" w:hAnsi="Arial" w:cs="Arial"/>
          <w:sz w:val="24"/>
          <w:szCs w:val="24"/>
        </w:rPr>
      </w:pPr>
      <w:r w:rsidRPr="00F10E86">
        <w:rPr>
          <w:rFonts w:ascii="Arial" w:hAnsi="Arial" w:cs="Arial"/>
          <w:noProof/>
          <w:color w:val="FFFFFF"/>
          <w:sz w:val="32"/>
          <w:szCs w:val="32"/>
        </w:rPr>
        <w:drawing>
          <wp:anchor distT="0" distB="0" distL="114300" distR="114300" simplePos="0" relativeHeight="251659264" behindDoc="1" locked="0" layoutInCell="1" allowOverlap="1" wp14:anchorId="5740D264" wp14:editId="6CD428EE">
            <wp:simplePos x="0" y="0"/>
            <wp:positionH relativeFrom="column">
              <wp:posOffset>295275</wp:posOffset>
            </wp:positionH>
            <wp:positionV relativeFrom="paragraph">
              <wp:posOffset>111125</wp:posOffset>
            </wp:positionV>
            <wp:extent cx="5619750" cy="1463040"/>
            <wp:effectExtent l="0" t="0" r="0" b="0"/>
            <wp:wrapTight wrapText="bothSides">
              <wp:wrapPolygon edited="0">
                <wp:start x="19769" y="1406"/>
                <wp:lineTo x="1611" y="1969"/>
                <wp:lineTo x="0" y="2250"/>
                <wp:lineTo x="0" y="7875"/>
                <wp:lineTo x="293" y="10969"/>
                <wp:lineTo x="439" y="15469"/>
                <wp:lineTo x="1538" y="21375"/>
                <wp:lineTo x="2929" y="21375"/>
                <wp:lineTo x="17866" y="20531"/>
                <wp:lineTo x="18598" y="19969"/>
                <wp:lineTo x="19989" y="17156"/>
                <wp:lineTo x="19916" y="15469"/>
                <wp:lineTo x="21161" y="13219"/>
                <wp:lineTo x="21454" y="11250"/>
                <wp:lineTo x="21527" y="10125"/>
                <wp:lineTo x="21527" y="4781"/>
                <wp:lineTo x="21161" y="2813"/>
                <wp:lineTo x="20721" y="1406"/>
                <wp:lineTo x="19769" y="1406"/>
              </wp:wrapPolygon>
            </wp:wrapTight>
            <wp:docPr id="7"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9750" cy="1463040"/>
                    </a:xfrm>
                    <a:prstGeom prst="rect">
                      <a:avLst/>
                    </a:prstGeom>
                    <a:noFill/>
                    <a:ln w="9525">
                      <a:noFill/>
                      <a:miter lim="800000"/>
                      <a:headEnd/>
                      <a:tailEnd/>
                    </a:ln>
                  </pic:spPr>
                </pic:pic>
              </a:graphicData>
            </a:graphic>
          </wp:anchor>
        </w:drawing>
      </w:r>
    </w:p>
    <w:p w14:paraId="4F57B38A" w14:textId="77777777" w:rsidR="00605635" w:rsidRPr="00F10E86" w:rsidRDefault="00605635" w:rsidP="00605635">
      <w:pPr>
        <w:spacing w:after="0" w:line="240" w:lineRule="auto"/>
        <w:rPr>
          <w:rFonts w:ascii="Times New Roman" w:hAnsi="Times New Roman"/>
          <w:sz w:val="32"/>
          <w:szCs w:val="32"/>
        </w:rPr>
      </w:pPr>
    </w:p>
    <w:p w14:paraId="728F9EA1" w14:textId="77777777" w:rsidR="00605635" w:rsidRPr="00F10E86" w:rsidRDefault="00605635" w:rsidP="00605635">
      <w:pPr>
        <w:spacing w:after="0" w:line="240" w:lineRule="auto"/>
        <w:rPr>
          <w:rFonts w:ascii="Times New Roman" w:hAnsi="Times New Roman"/>
          <w:sz w:val="32"/>
          <w:szCs w:val="32"/>
        </w:rPr>
      </w:pPr>
    </w:p>
    <w:p w14:paraId="0AC57D1A" w14:textId="77777777" w:rsidR="00605635" w:rsidRPr="00F10E86" w:rsidRDefault="00605635" w:rsidP="00605635">
      <w:pPr>
        <w:spacing w:after="0" w:line="240" w:lineRule="auto"/>
        <w:rPr>
          <w:rFonts w:ascii="Times New Roman" w:hAnsi="Times New Roman"/>
          <w:sz w:val="32"/>
          <w:szCs w:val="32"/>
        </w:rPr>
      </w:pPr>
    </w:p>
    <w:p w14:paraId="555D169A" w14:textId="77777777" w:rsidR="00605635" w:rsidRPr="00F10E86" w:rsidRDefault="00605635" w:rsidP="00605635">
      <w:pPr>
        <w:spacing w:after="0" w:line="240" w:lineRule="auto"/>
        <w:rPr>
          <w:sz w:val="32"/>
          <w:szCs w:val="32"/>
        </w:rPr>
      </w:pPr>
    </w:p>
    <w:p w14:paraId="6F38E8B6" w14:textId="77777777" w:rsidR="00605635" w:rsidRPr="00F10E86" w:rsidRDefault="00605635" w:rsidP="00605635">
      <w:pPr>
        <w:spacing w:after="0" w:line="240" w:lineRule="auto"/>
        <w:rPr>
          <w:sz w:val="32"/>
          <w:szCs w:val="32"/>
        </w:rPr>
      </w:pPr>
    </w:p>
    <w:p w14:paraId="754474FE" w14:textId="77777777" w:rsidR="00605635" w:rsidRPr="00F10E86" w:rsidRDefault="00605635" w:rsidP="00605635">
      <w:pPr>
        <w:spacing w:after="0" w:line="240" w:lineRule="auto"/>
        <w:rPr>
          <w:sz w:val="32"/>
          <w:szCs w:val="32"/>
        </w:rPr>
      </w:pPr>
    </w:p>
    <w:p w14:paraId="5E491D3F" w14:textId="77777777" w:rsidR="00605635" w:rsidRPr="00F10E86" w:rsidRDefault="00605635" w:rsidP="00605635">
      <w:pPr>
        <w:spacing w:after="0" w:line="240" w:lineRule="auto"/>
        <w:rPr>
          <w:sz w:val="32"/>
          <w:szCs w:val="32"/>
        </w:rPr>
      </w:pPr>
    </w:p>
    <w:p w14:paraId="35F3E629" w14:textId="77777777" w:rsidR="00605635" w:rsidRPr="00F10E86" w:rsidRDefault="00605635" w:rsidP="00605635">
      <w:pPr>
        <w:spacing w:after="0" w:line="240" w:lineRule="auto"/>
        <w:rPr>
          <w:sz w:val="32"/>
          <w:szCs w:val="32"/>
        </w:rPr>
      </w:pPr>
    </w:p>
    <w:p w14:paraId="68D1786D" w14:textId="77777777" w:rsidR="00605635" w:rsidRPr="00F10E86" w:rsidRDefault="00605635" w:rsidP="00605635">
      <w:pPr>
        <w:spacing w:after="0" w:line="240" w:lineRule="auto"/>
        <w:rPr>
          <w:rFonts w:ascii="Times New Roman" w:hAnsi="Times New Roman"/>
          <w:b/>
          <w:sz w:val="32"/>
          <w:szCs w:val="32"/>
        </w:rPr>
      </w:pPr>
      <w:r w:rsidRPr="00F10E86">
        <w:rPr>
          <w:rFonts w:ascii="Times New Roman" w:hAnsi="Times New Roman"/>
          <w:b/>
          <w:sz w:val="32"/>
          <w:szCs w:val="32"/>
        </w:rPr>
        <w:t>PLEASE NOTE:</w:t>
      </w:r>
    </w:p>
    <w:p w14:paraId="4705DD04" w14:textId="77777777" w:rsidR="00605635" w:rsidRPr="00F10E86" w:rsidRDefault="00605635" w:rsidP="00605635">
      <w:pPr>
        <w:spacing w:after="0" w:line="240" w:lineRule="auto"/>
        <w:rPr>
          <w:rFonts w:ascii="Times New Roman" w:hAnsi="Times New Roman"/>
          <w:sz w:val="32"/>
          <w:szCs w:val="32"/>
        </w:rPr>
      </w:pPr>
    </w:p>
    <w:p w14:paraId="46FCC01D" w14:textId="77777777" w:rsidR="00605635" w:rsidRPr="00F10E86" w:rsidRDefault="00605635" w:rsidP="00605635">
      <w:pPr>
        <w:rPr>
          <w:rFonts w:ascii="Times New Roman" w:hAnsi="Times New Roman"/>
          <w:sz w:val="32"/>
          <w:szCs w:val="32"/>
        </w:rPr>
      </w:pPr>
      <w:r w:rsidRPr="00F10E86">
        <w:rPr>
          <w:rFonts w:ascii="Times New Roman" w:hAnsi="Times New Roman"/>
          <w:sz w:val="32"/>
          <w:szCs w:val="32"/>
        </w:rPr>
        <w:t>Pastor</w:t>
      </w:r>
      <w:r>
        <w:rPr>
          <w:rFonts w:ascii="Times New Roman" w:hAnsi="Times New Roman"/>
          <w:sz w:val="32"/>
          <w:szCs w:val="32"/>
        </w:rPr>
        <w:t xml:space="preserve"> George Windley, Jr</w:t>
      </w:r>
      <w:r w:rsidRPr="00F10E86">
        <w:rPr>
          <w:rFonts w:ascii="Times New Roman" w:hAnsi="Times New Roman"/>
          <w:sz w:val="32"/>
          <w:szCs w:val="32"/>
        </w:rPr>
        <w:t xml:space="preserve"> and the </w:t>
      </w:r>
      <w:r>
        <w:rPr>
          <w:rFonts w:ascii="Times New Roman" w:hAnsi="Times New Roman"/>
          <w:sz w:val="32"/>
          <w:szCs w:val="32"/>
        </w:rPr>
        <w:t xml:space="preserve">First Baptist </w:t>
      </w:r>
      <w:r w:rsidRPr="00F10E86">
        <w:rPr>
          <w:rFonts w:ascii="Times New Roman" w:hAnsi="Times New Roman"/>
          <w:sz w:val="32"/>
          <w:szCs w:val="32"/>
        </w:rPr>
        <w:t>Missionary Baptist Church advise all members and participants of th</w:t>
      </w:r>
      <w:r>
        <w:rPr>
          <w:rFonts w:ascii="Times New Roman" w:hAnsi="Times New Roman"/>
          <w:sz w:val="32"/>
          <w:szCs w:val="32"/>
        </w:rPr>
        <w:t xml:space="preserve">e Holy Week Fast to </w:t>
      </w:r>
      <w:r w:rsidRPr="00F10E86">
        <w:rPr>
          <w:rFonts w:ascii="Times New Roman" w:hAnsi="Times New Roman"/>
          <w:sz w:val="32"/>
          <w:szCs w:val="32"/>
        </w:rPr>
        <w:t>consider their personal health needs and to consult their personal health physician prior to beginning this fast.  Therefore</w:t>
      </w:r>
      <w:r>
        <w:rPr>
          <w:rFonts w:ascii="Times New Roman" w:hAnsi="Times New Roman"/>
          <w:sz w:val="32"/>
          <w:szCs w:val="32"/>
        </w:rPr>
        <w:t>,</w:t>
      </w:r>
      <w:r w:rsidRPr="00F10E86">
        <w:rPr>
          <w:rFonts w:ascii="Times New Roman" w:hAnsi="Times New Roman"/>
          <w:sz w:val="32"/>
          <w:szCs w:val="32"/>
        </w:rPr>
        <w:t xml:space="preserve"> we specifically disclaim any responsibility from any physical reaction from this fast.</w:t>
      </w:r>
    </w:p>
    <w:p w14:paraId="6962F452" w14:textId="77777777" w:rsidR="00605635" w:rsidRPr="00F10E86" w:rsidRDefault="00605635" w:rsidP="00605635">
      <w:pPr>
        <w:rPr>
          <w:rFonts w:cs="Arial"/>
          <w:sz w:val="32"/>
          <w:szCs w:val="32"/>
        </w:rPr>
      </w:pPr>
    </w:p>
    <w:p w14:paraId="1443DB30" w14:textId="77777777" w:rsidR="00605635" w:rsidRPr="00F10E86" w:rsidRDefault="00605635" w:rsidP="00605635">
      <w:pPr>
        <w:rPr>
          <w:rFonts w:cs="Arial"/>
          <w:sz w:val="32"/>
          <w:szCs w:val="32"/>
        </w:rPr>
      </w:pPr>
    </w:p>
    <w:p w14:paraId="0A3C7B69" w14:textId="77777777" w:rsidR="00605635" w:rsidRPr="00F10E86" w:rsidRDefault="00605635" w:rsidP="00605635">
      <w:pPr>
        <w:rPr>
          <w:rFonts w:cs="Arial"/>
          <w:sz w:val="32"/>
          <w:szCs w:val="32"/>
        </w:rPr>
      </w:pPr>
    </w:p>
    <w:p w14:paraId="4D571CBF" w14:textId="77777777" w:rsidR="00605635" w:rsidRPr="00F10E86" w:rsidRDefault="00605635" w:rsidP="00605635">
      <w:pPr>
        <w:rPr>
          <w:rFonts w:cs="Arial"/>
          <w:sz w:val="32"/>
          <w:szCs w:val="32"/>
        </w:rPr>
      </w:pPr>
    </w:p>
    <w:p w14:paraId="21F6AEAB" w14:textId="77777777" w:rsidR="00605635" w:rsidRPr="00F10E86" w:rsidRDefault="00605635" w:rsidP="00605635">
      <w:pPr>
        <w:rPr>
          <w:rFonts w:cs="Arial"/>
          <w:sz w:val="32"/>
          <w:szCs w:val="32"/>
        </w:rPr>
      </w:pPr>
    </w:p>
    <w:p w14:paraId="0F97A373" w14:textId="77777777" w:rsidR="00605635" w:rsidRPr="00F10E86" w:rsidRDefault="00605635" w:rsidP="00605635">
      <w:pPr>
        <w:rPr>
          <w:rFonts w:cs="Arial"/>
          <w:sz w:val="32"/>
          <w:szCs w:val="32"/>
        </w:rPr>
      </w:pPr>
    </w:p>
    <w:p w14:paraId="476637A3" w14:textId="77777777" w:rsidR="00605635" w:rsidRPr="00F10E86" w:rsidRDefault="00605635" w:rsidP="00605635">
      <w:pPr>
        <w:rPr>
          <w:rFonts w:cs="Arial"/>
          <w:sz w:val="32"/>
          <w:szCs w:val="32"/>
        </w:rPr>
      </w:pPr>
    </w:p>
    <w:p w14:paraId="37713F48" w14:textId="77777777" w:rsidR="00605635" w:rsidRDefault="00605635" w:rsidP="00605635">
      <w:pPr>
        <w:rPr>
          <w:rFonts w:cs="Arial"/>
          <w:sz w:val="32"/>
          <w:szCs w:val="32"/>
        </w:rPr>
      </w:pPr>
    </w:p>
    <w:p w14:paraId="6E366B9E" w14:textId="77777777" w:rsidR="00605635" w:rsidRPr="00F10E86" w:rsidRDefault="00605635" w:rsidP="00605635">
      <w:pPr>
        <w:rPr>
          <w:rFonts w:cs="Arial"/>
          <w:sz w:val="32"/>
          <w:szCs w:val="32"/>
        </w:rPr>
      </w:pPr>
    </w:p>
    <w:p w14:paraId="0E95898C" w14:textId="77777777" w:rsidR="00605635" w:rsidRPr="00F10E86" w:rsidRDefault="00605635" w:rsidP="00605635">
      <w:pPr>
        <w:rPr>
          <w:rFonts w:cs="Arial"/>
          <w:sz w:val="32"/>
          <w:szCs w:val="32"/>
        </w:rPr>
      </w:pPr>
    </w:p>
    <w:p w14:paraId="19CA71EA" w14:textId="77777777" w:rsidR="00605635" w:rsidRPr="00F10E86" w:rsidRDefault="00605635" w:rsidP="00605635">
      <w:pPr>
        <w:tabs>
          <w:tab w:val="left" w:pos="1356"/>
        </w:tabs>
        <w:jc w:val="center"/>
        <w:rPr>
          <w:b/>
          <w:sz w:val="32"/>
          <w:szCs w:val="32"/>
        </w:rPr>
      </w:pPr>
      <w:r>
        <w:rPr>
          <w:noProof/>
        </w:rPr>
        <w:lastRenderedPageBreak/>
        <w:drawing>
          <wp:inline distT="0" distB="0" distL="0" distR="0" wp14:anchorId="2233342A" wp14:editId="11071B4B">
            <wp:extent cx="2606040" cy="1467567"/>
            <wp:effectExtent l="0" t="0" r="381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131" cy="1490707"/>
                    </a:xfrm>
                    <a:prstGeom prst="rect">
                      <a:avLst/>
                    </a:prstGeom>
                    <a:noFill/>
                    <a:ln>
                      <a:noFill/>
                    </a:ln>
                  </pic:spPr>
                </pic:pic>
              </a:graphicData>
            </a:graphic>
          </wp:inline>
        </w:drawing>
      </w:r>
    </w:p>
    <w:p w14:paraId="18DFBD7A" w14:textId="58AEC27E" w:rsidR="00605635" w:rsidRPr="00897122" w:rsidRDefault="00605635" w:rsidP="00605635">
      <w:pPr>
        <w:spacing w:line="240" w:lineRule="auto"/>
        <w:jc w:val="center"/>
        <w:rPr>
          <w:rFonts w:ascii="Arial" w:hAnsi="Arial" w:cs="Arial"/>
          <w:b/>
          <w:sz w:val="28"/>
          <w:szCs w:val="28"/>
          <w:u w:val="single"/>
        </w:rPr>
      </w:pPr>
      <w:proofErr w:type="gramStart"/>
      <w:r w:rsidRPr="00B36C43">
        <w:rPr>
          <w:rFonts w:ascii="Arial" w:hAnsi="Arial" w:cs="Arial"/>
          <w:i/>
        </w:rPr>
        <w:t>.</w:t>
      </w:r>
      <w:r w:rsidRPr="00897122">
        <w:rPr>
          <w:rFonts w:ascii="Arial" w:hAnsi="Arial" w:cs="Arial"/>
          <w:b/>
          <w:sz w:val="28"/>
          <w:szCs w:val="28"/>
          <w:u w:val="single"/>
        </w:rPr>
        <w:t>What</w:t>
      </w:r>
      <w:proofErr w:type="gramEnd"/>
      <w:r w:rsidRPr="00897122">
        <w:rPr>
          <w:rFonts w:ascii="Arial" w:hAnsi="Arial" w:cs="Arial"/>
          <w:b/>
          <w:sz w:val="28"/>
          <w:szCs w:val="28"/>
          <w:u w:val="single"/>
        </w:rPr>
        <w:t xml:space="preserve"> is Fasting?</w:t>
      </w:r>
    </w:p>
    <w:p w14:paraId="5A74B86D" w14:textId="77777777" w:rsidR="00605635" w:rsidRPr="002D15EE" w:rsidRDefault="00605635" w:rsidP="00605635">
      <w:pPr>
        <w:pStyle w:val="Default"/>
        <w:jc w:val="both"/>
        <w:rPr>
          <w:rFonts w:ascii="Arial" w:hAnsi="Arial" w:cs="Arial"/>
        </w:rPr>
      </w:pPr>
      <w:r w:rsidRPr="002D15EE">
        <w:rPr>
          <w:rFonts w:ascii="Arial" w:hAnsi="Arial" w:cs="Arial"/>
        </w:rPr>
        <w:t xml:space="preserve"> Fasting is a principle that God intended for everyone to be able to enjoy. It's not a punishment; it's a privilege!  By making fasting a way of life, you can get closer to God and grow in your spiritual walk like never before. Fasting is one of the most powerful weapons God has given us for our daily lives. Through fasting, you can experience a release from the bondage of </w:t>
      </w:r>
      <w:proofErr w:type="gramStart"/>
      <w:r w:rsidRPr="002D15EE">
        <w:rPr>
          <w:rFonts w:ascii="Arial" w:hAnsi="Arial" w:cs="Arial"/>
        </w:rPr>
        <w:t>sin;</w:t>
      </w:r>
      <w:proofErr w:type="gramEnd"/>
      <w:r w:rsidRPr="002D15EE">
        <w:rPr>
          <w:rFonts w:ascii="Arial" w:hAnsi="Arial" w:cs="Arial"/>
        </w:rPr>
        <w:t xml:space="preserve"> restoration in your relationships</w:t>
      </w:r>
      <w:r>
        <w:rPr>
          <w:rFonts w:ascii="Arial" w:hAnsi="Arial" w:cs="Arial"/>
        </w:rPr>
        <w:t xml:space="preserve">, </w:t>
      </w:r>
      <w:r w:rsidRPr="002D15EE">
        <w:rPr>
          <w:rFonts w:ascii="Arial" w:hAnsi="Arial" w:cs="Arial"/>
        </w:rPr>
        <w:t xml:space="preserve">financial blessings spiritual renewal supernatural healing and so much more!  Another reward of fasting has to do with your future. God has given you a vision, a divine dream for your life. When you fast, you </w:t>
      </w:r>
      <w:proofErr w:type="gramStart"/>
      <w:r w:rsidRPr="002D15EE">
        <w:rPr>
          <w:rFonts w:ascii="Arial" w:hAnsi="Arial" w:cs="Arial"/>
        </w:rPr>
        <w:t>open up</w:t>
      </w:r>
      <w:proofErr w:type="gramEnd"/>
      <w:r w:rsidRPr="002D15EE">
        <w:rPr>
          <w:rFonts w:ascii="Arial" w:hAnsi="Arial" w:cs="Arial"/>
        </w:rPr>
        <w:t xml:space="preserve"> the blessings and opportunities He has provided for you to pursue that dream.  As you fast, pray for God's direction and guidance. Focus your faith on your dream and God will show you how you can turn your vision into a reality. Begin pursuing your divine dream today and make the rewards of fasting part of your lifestyle. </w:t>
      </w:r>
    </w:p>
    <w:p w14:paraId="4AD415E6" w14:textId="77777777" w:rsidR="00605635" w:rsidRPr="002D15EE" w:rsidRDefault="00605635" w:rsidP="00605635">
      <w:pPr>
        <w:spacing w:after="0" w:line="240" w:lineRule="auto"/>
        <w:jc w:val="both"/>
        <w:rPr>
          <w:rFonts w:ascii="Arial" w:hAnsi="Arial" w:cs="Arial"/>
          <w:sz w:val="24"/>
          <w:szCs w:val="24"/>
        </w:rPr>
      </w:pPr>
    </w:p>
    <w:p w14:paraId="4558EC66" w14:textId="77777777" w:rsidR="00605635" w:rsidRPr="002D15EE" w:rsidRDefault="00605635" w:rsidP="00605635">
      <w:pPr>
        <w:spacing w:after="0" w:line="240" w:lineRule="auto"/>
        <w:jc w:val="both"/>
        <w:rPr>
          <w:rFonts w:ascii="Arial" w:hAnsi="Arial" w:cs="Arial"/>
          <w:sz w:val="24"/>
          <w:szCs w:val="24"/>
        </w:rPr>
      </w:pPr>
      <w:r w:rsidRPr="002D15EE">
        <w:rPr>
          <w:rFonts w:ascii="Arial" w:hAnsi="Arial" w:cs="Arial"/>
          <w:sz w:val="24"/>
          <w:szCs w:val="24"/>
        </w:rPr>
        <w:t>When you fast and pray, you will see amazing results from God. You will see godly changes in your home, family, prayers answered in incredible ways, wisdom gained about hard issues, and in it all, you will mostly appreciate that your own desires become secondary to God's.  It's all about putting Him first, and letting our Shepherd lead the way all year long.</w:t>
      </w:r>
    </w:p>
    <w:p w14:paraId="7F71E8B5" w14:textId="77777777" w:rsidR="00605635" w:rsidRPr="002D15EE" w:rsidRDefault="00605635" w:rsidP="00605635">
      <w:pPr>
        <w:spacing w:after="0" w:line="240" w:lineRule="auto"/>
        <w:jc w:val="both"/>
        <w:rPr>
          <w:rFonts w:ascii="Arial" w:hAnsi="Arial" w:cs="Arial"/>
          <w:sz w:val="24"/>
          <w:szCs w:val="24"/>
        </w:rPr>
      </w:pPr>
    </w:p>
    <w:p w14:paraId="4FF957EC" w14:textId="77777777" w:rsidR="00605635" w:rsidRDefault="00605635" w:rsidP="00605635">
      <w:pPr>
        <w:spacing w:after="0" w:line="240" w:lineRule="auto"/>
        <w:jc w:val="both"/>
        <w:rPr>
          <w:rFonts w:ascii="Arial" w:hAnsi="Arial" w:cs="Arial"/>
          <w:sz w:val="24"/>
          <w:szCs w:val="24"/>
        </w:rPr>
      </w:pPr>
      <w:r w:rsidRPr="002D15EE">
        <w:rPr>
          <w:rFonts w:ascii="Arial" w:hAnsi="Arial" w:cs="Arial"/>
          <w:sz w:val="24"/>
          <w:szCs w:val="24"/>
        </w:rPr>
        <w:t xml:space="preserve">The goal of fasting is to draw nearer to God. </w:t>
      </w:r>
      <w:r>
        <w:rPr>
          <w:rFonts w:ascii="Arial" w:hAnsi="Arial" w:cs="Arial"/>
          <w:sz w:val="24"/>
          <w:szCs w:val="24"/>
        </w:rPr>
        <w:t xml:space="preserve">It is abstaining from food and certain activity for the sacrifice of getting closer to God. Instead of eating certain things, we draw our strength from God. </w:t>
      </w:r>
      <w:r w:rsidRPr="00DC5216">
        <w:rPr>
          <w:rFonts w:ascii="Arial" w:hAnsi="Arial" w:cs="Arial"/>
          <w:sz w:val="24"/>
          <w:szCs w:val="24"/>
        </w:rPr>
        <w:t>The purpose of this fast is to increase our spiritual capacities to freely receive or experience more of Jesus in our hearts.</w:t>
      </w:r>
      <w:r>
        <w:rPr>
          <w:rFonts w:ascii="Arial" w:hAnsi="Arial" w:cs="Arial"/>
          <w:sz w:val="24"/>
          <w:szCs w:val="24"/>
        </w:rPr>
        <w:t xml:space="preserve"> </w:t>
      </w:r>
      <w:r w:rsidRPr="00D173E0">
        <w:rPr>
          <w:rFonts w:ascii="Arial" w:hAnsi="Arial" w:cs="Arial"/>
          <w:b/>
          <w:sz w:val="24"/>
          <w:szCs w:val="24"/>
        </w:rPr>
        <w:t xml:space="preserve">Fasting is not a </w:t>
      </w:r>
      <w:r>
        <w:rPr>
          <w:rFonts w:ascii="Arial" w:hAnsi="Arial" w:cs="Arial"/>
          <w:b/>
          <w:sz w:val="24"/>
          <w:szCs w:val="24"/>
        </w:rPr>
        <w:t>“</w:t>
      </w:r>
      <w:r w:rsidRPr="00D173E0">
        <w:rPr>
          <w:rFonts w:ascii="Arial" w:hAnsi="Arial" w:cs="Arial"/>
          <w:b/>
          <w:sz w:val="24"/>
          <w:szCs w:val="24"/>
        </w:rPr>
        <w:t>diet</w:t>
      </w:r>
      <w:r>
        <w:rPr>
          <w:rFonts w:ascii="Arial" w:hAnsi="Arial" w:cs="Arial"/>
          <w:sz w:val="24"/>
          <w:szCs w:val="24"/>
        </w:rPr>
        <w:t>.” A Diet has a goal of losing weight. Fasting is done to getting closer to God. When we fast, we are</w:t>
      </w:r>
      <w:r w:rsidRPr="002D15EE">
        <w:rPr>
          <w:rFonts w:ascii="Arial" w:hAnsi="Arial" w:cs="Arial"/>
          <w:sz w:val="24"/>
          <w:szCs w:val="24"/>
        </w:rPr>
        <w:t xml:space="preserve"> eliminating distractions for a spiritual purpose. It also enables us to celebrate the goodness and mercy of God and prepares our hearts for all the good things God desires to bring into our lives. Remember, your personal fast should present a level of challenge, but it is very important to know your body, your options, and, most importantly, to seek God in prayer and follow what the Holy Spirit leads you to do. </w:t>
      </w:r>
    </w:p>
    <w:p w14:paraId="2BAECF6E" w14:textId="77777777" w:rsidR="00605635" w:rsidRDefault="00605635" w:rsidP="00605635">
      <w:pPr>
        <w:spacing w:after="0" w:line="240" w:lineRule="auto"/>
        <w:jc w:val="both"/>
        <w:rPr>
          <w:rFonts w:ascii="Arial" w:hAnsi="Arial" w:cs="Arial"/>
          <w:sz w:val="24"/>
          <w:szCs w:val="24"/>
        </w:rPr>
      </w:pPr>
    </w:p>
    <w:p w14:paraId="6C586881" w14:textId="77777777" w:rsidR="00605635" w:rsidRPr="002D15EE" w:rsidRDefault="00605635" w:rsidP="00605635">
      <w:pPr>
        <w:spacing w:after="0" w:line="240" w:lineRule="auto"/>
        <w:jc w:val="both"/>
        <w:rPr>
          <w:rFonts w:ascii="Arial" w:hAnsi="Arial" w:cs="Arial"/>
          <w:sz w:val="24"/>
          <w:szCs w:val="24"/>
        </w:rPr>
      </w:pPr>
      <w:r>
        <w:rPr>
          <w:rFonts w:ascii="Arial" w:hAnsi="Arial" w:cs="Arial"/>
          <w:sz w:val="24"/>
          <w:szCs w:val="24"/>
        </w:rPr>
        <w:t>Lastly, Fasting also is personal and intimate. It is not done to “glorify” in front of others to show how “holy” we are. Fasting should be a private, intimate time shared between you, your church family, and God.</w:t>
      </w:r>
    </w:p>
    <w:p w14:paraId="16AE09E3" w14:textId="77777777" w:rsidR="00605635" w:rsidRDefault="00605635" w:rsidP="00605635">
      <w:pPr>
        <w:rPr>
          <w:rFonts w:ascii="Arial" w:hAnsi="Arial" w:cs="Arial"/>
          <w:sz w:val="24"/>
          <w:szCs w:val="24"/>
        </w:rPr>
      </w:pPr>
    </w:p>
    <w:p w14:paraId="702C0C50" w14:textId="77777777" w:rsidR="00605635" w:rsidRPr="002D15EE" w:rsidRDefault="00605635" w:rsidP="00605635">
      <w:pPr>
        <w:rPr>
          <w:rFonts w:ascii="Arial" w:hAnsi="Arial" w:cs="Arial"/>
          <w:sz w:val="24"/>
          <w:szCs w:val="24"/>
        </w:rPr>
      </w:pPr>
    </w:p>
    <w:p w14:paraId="13AFD946" w14:textId="77777777" w:rsidR="00605635" w:rsidRPr="00B36C43" w:rsidRDefault="00605635" w:rsidP="00605635">
      <w:pPr>
        <w:pStyle w:val="Default"/>
        <w:jc w:val="center"/>
        <w:rPr>
          <w:rFonts w:ascii="Arial" w:hAnsi="Arial" w:cs="Arial"/>
          <w:b/>
          <w:sz w:val="22"/>
          <w:szCs w:val="22"/>
        </w:rPr>
      </w:pPr>
      <w:r w:rsidRPr="00B36C43">
        <w:rPr>
          <w:rFonts w:ascii="Arial" w:hAnsi="Arial" w:cs="Arial"/>
          <w:noProof/>
          <w:sz w:val="22"/>
          <w:szCs w:val="22"/>
        </w:rPr>
        <w:lastRenderedPageBreak/>
        <w:drawing>
          <wp:inline distT="0" distB="0" distL="0" distR="0" wp14:anchorId="1744C50A" wp14:editId="4447DA83">
            <wp:extent cx="4438650" cy="1048110"/>
            <wp:effectExtent l="0" t="0" r="0" b="0"/>
            <wp:docPr id="42" name="Picture 33" descr="Image result for Fasting Spiritual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asting Spiritual Discipline"/>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4463109" cy="1053886"/>
                    </a:xfrm>
                    <a:prstGeom prst="rect">
                      <a:avLst/>
                    </a:prstGeom>
                    <a:ln>
                      <a:noFill/>
                    </a:ln>
                    <a:effectLst>
                      <a:softEdge rad="112500"/>
                    </a:effectLst>
                  </pic:spPr>
                </pic:pic>
              </a:graphicData>
            </a:graphic>
          </wp:inline>
        </w:drawing>
      </w:r>
    </w:p>
    <w:p w14:paraId="5C2EFB6A" w14:textId="77777777" w:rsidR="00605635" w:rsidRPr="00B36C43" w:rsidRDefault="00605635" w:rsidP="00605635">
      <w:pPr>
        <w:pStyle w:val="Default"/>
        <w:jc w:val="center"/>
        <w:rPr>
          <w:rFonts w:ascii="Arial" w:hAnsi="Arial" w:cs="Arial"/>
          <w:b/>
          <w:sz w:val="22"/>
          <w:szCs w:val="22"/>
        </w:rPr>
      </w:pPr>
    </w:p>
    <w:p w14:paraId="116FF910" w14:textId="77777777" w:rsidR="00605635" w:rsidRPr="00B36C43" w:rsidRDefault="00605635" w:rsidP="00605635">
      <w:pPr>
        <w:pStyle w:val="Default"/>
        <w:jc w:val="center"/>
        <w:rPr>
          <w:rFonts w:ascii="Arial" w:hAnsi="Arial" w:cs="Arial"/>
          <w:b/>
          <w:sz w:val="22"/>
          <w:szCs w:val="22"/>
          <w:u w:val="single"/>
        </w:rPr>
      </w:pPr>
      <w:r w:rsidRPr="00B36C43">
        <w:rPr>
          <w:rFonts w:ascii="Arial" w:hAnsi="Arial" w:cs="Arial"/>
          <w:b/>
          <w:sz w:val="22"/>
          <w:szCs w:val="22"/>
          <w:u w:val="single"/>
        </w:rPr>
        <w:t>FASTING SUGGESTIONS AND TIPS</w:t>
      </w:r>
    </w:p>
    <w:p w14:paraId="0FB28F57" w14:textId="77777777" w:rsidR="00605635" w:rsidRPr="00B36C43" w:rsidRDefault="00605635" w:rsidP="00605635">
      <w:pPr>
        <w:pStyle w:val="Default"/>
        <w:jc w:val="center"/>
        <w:rPr>
          <w:rFonts w:ascii="Arial" w:hAnsi="Arial" w:cs="Arial"/>
          <w:b/>
          <w:sz w:val="22"/>
          <w:szCs w:val="22"/>
        </w:rPr>
      </w:pPr>
    </w:p>
    <w:p w14:paraId="5031BCBE" w14:textId="77777777" w:rsidR="00605635" w:rsidRPr="00B36C43" w:rsidRDefault="00605635" w:rsidP="00605635">
      <w:pPr>
        <w:pStyle w:val="Default"/>
        <w:ind w:left="180" w:hanging="180"/>
        <w:rPr>
          <w:rFonts w:ascii="Arial" w:hAnsi="Arial" w:cs="Arial"/>
          <w:sz w:val="22"/>
          <w:szCs w:val="22"/>
        </w:rPr>
      </w:pPr>
    </w:p>
    <w:p w14:paraId="1F22B172" w14:textId="77777777" w:rsidR="00605635" w:rsidRPr="00B36C43" w:rsidRDefault="00605635" w:rsidP="00605635">
      <w:pPr>
        <w:pStyle w:val="Default"/>
        <w:numPr>
          <w:ilvl w:val="0"/>
          <w:numId w:val="11"/>
        </w:numPr>
        <w:jc w:val="both"/>
        <w:rPr>
          <w:rFonts w:ascii="Arial" w:hAnsi="Arial" w:cs="Arial"/>
          <w:sz w:val="22"/>
          <w:szCs w:val="22"/>
        </w:rPr>
      </w:pPr>
      <w:r w:rsidRPr="00B36C43">
        <w:rPr>
          <w:rFonts w:ascii="Arial" w:hAnsi="Arial" w:cs="Arial"/>
          <w:sz w:val="22"/>
          <w:szCs w:val="22"/>
        </w:rPr>
        <w:t>Start with a plan.  Set a goal and make a vow to the Lord and have an accountability partner. (II Samuel 3:35)</w:t>
      </w:r>
    </w:p>
    <w:p w14:paraId="10FE35E3" w14:textId="77777777" w:rsidR="00605635" w:rsidRPr="00B36C43" w:rsidRDefault="00605635" w:rsidP="00605635">
      <w:pPr>
        <w:pStyle w:val="Default"/>
        <w:jc w:val="both"/>
        <w:rPr>
          <w:rFonts w:ascii="Arial" w:hAnsi="Arial" w:cs="Arial"/>
          <w:sz w:val="22"/>
          <w:szCs w:val="22"/>
        </w:rPr>
      </w:pPr>
    </w:p>
    <w:p w14:paraId="03660648" w14:textId="77777777" w:rsidR="00605635" w:rsidRPr="00B36C43" w:rsidRDefault="00605635" w:rsidP="00605635">
      <w:pPr>
        <w:pStyle w:val="Default"/>
        <w:numPr>
          <w:ilvl w:val="0"/>
          <w:numId w:val="11"/>
        </w:numPr>
        <w:jc w:val="both"/>
        <w:rPr>
          <w:rFonts w:ascii="Arial" w:hAnsi="Arial" w:cs="Arial"/>
          <w:sz w:val="22"/>
          <w:szCs w:val="22"/>
        </w:rPr>
      </w:pPr>
      <w:r w:rsidRPr="00B36C43">
        <w:rPr>
          <w:rFonts w:ascii="Arial" w:hAnsi="Arial" w:cs="Arial"/>
          <w:sz w:val="22"/>
          <w:szCs w:val="22"/>
        </w:rPr>
        <w:t xml:space="preserve">Consult your physician about fasting. </w:t>
      </w:r>
    </w:p>
    <w:p w14:paraId="7C0BB033" w14:textId="77777777" w:rsidR="00605635" w:rsidRPr="00B36C43" w:rsidRDefault="00605635" w:rsidP="00605635">
      <w:pPr>
        <w:pStyle w:val="Default"/>
        <w:jc w:val="both"/>
        <w:rPr>
          <w:rFonts w:ascii="Arial" w:hAnsi="Arial" w:cs="Arial"/>
          <w:sz w:val="22"/>
          <w:szCs w:val="22"/>
        </w:rPr>
      </w:pPr>
    </w:p>
    <w:p w14:paraId="67738FA2" w14:textId="77777777" w:rsidR="00605635" w:rsidRPr="00B36C43" w:rsidRDefault="00605635" w:rsidP="00605635">
      <w:pPr>
        <w:pStyle w:val="Default"/>
        <w:numPr>
          <w:ilvl w:val="0"/>
          <w:numId w:val="11"/>
        </w:numPr>
        <w:jc w:val="both"/>
        <w:rPr>
          <w:rFonts w:ascii="Arial" w:hAnsi="Arial" w:cs="Arial"/>
          <w:sz w:val="22"/>
          <w:szCs w:val="22"/>
        </w:rPr>
      </w:pPr>
      <w:r w:rsidRPr="00B36C43">
        <w:rPr>
          <w:rFonts w:ascii="Arial" w:hAnsi="Arial" w:cs="Arial"/>
          <w:sz w:val="22"/>
          <w:szCs w:val="22"/>
        </w:rPr>
        <w:t>Before beginning a fast, increase your water intake; begin cutting back on caffeine and sugar. Ease on and off a fast.</w:t>
      </w:r>
    </w:p>
    <w:p w14:paraId="575A2479" w14:textId="77777777" w:rsidR="00605635" w:rsidRPr="00B36C43" w:rsidRDefault="00605635" w:rsidP="00605635">
      <w:pPr>
        <w:pStyle w:val="Default"/>
        <w:jc w:val="both"/>
        <w:rPr>
          <w:rFonts w:ascii="Arial" w:hAnsi="Arial" w:cs="Arial"/>
          <w:sz w:val="22"/>
          <w:szCs w:val="22"/>
        </w:rPr>
      </w:pPr>
    </w:p>
    <w:p w14:paraId="38362201"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 xml:space="preserve">Drink at least one gallon of water daily. While fasting, the body has more waste to get rid of. So, it is important to consume more water each day. Drinking water also reduces cravings. When you are thirsty, drink water immediately. For better tasting water, squeeze fresh lemon juice into your water. </w:t>
      </w:r>
    </w:p>
    <w:p w14:paraId="0FC3575C" w14:textId="77777777" w:rsidR="00605635" w:rsidRPr="00B36C43" w:rsidRDefault="00605635" w:rsidP="00605635">
      <w:pPr>
        <w:pStyle w:val="Default"/>
        <w:jc w:val="both"/>
        <w:rPr>
          <w:rFonts w:ascii="Arial" w:hAnsi="Arial" w:cs="Arial"/>
          <w:sz w:val="22"/>
          <w:szCs w:val="22"/>
        </w:rPr>
      </w:pPr>
    </w:p>
    <w:p w14:paraId="53FB137A"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Drinking cranberry juice will help to flush the kidneys. Sodas and sugary drinks should be avoided. Abstain from fatty foods, caffeine, and sugar. Resist eating fried foods, fast foods, and lessen salt intake.</w:t>
      </w:r>
    </w:p>
    <w:p w14:paraId="62270BDB" w14:textId="77777777" w:rsidR="00605635" w:rsidRPr="00B36C43" w:rsidRDefault="00605635" w:rsidP="00605635">
      <w:pPr>
        <w:pStyle w:val="Default"/>
        <w:jc w:val="both"/>
        <w:rPr>
          <w:rFonts w:ascii="Arial" w:hAnsi="Arial" w:cs="Arial"/>
          <w:sz w:val="22"/>
          <w:szCs w:val="22"/>
        </w:rPr>
      </w:pPr>
    </w:p>
    <w:p w14:paraId="0EFEB6EA"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Use mints or lemon to freshen your breath.</w:t>
      </w:r>
    </w:p>
    <w:p w14:paraId="5CBBE721" w14:textId="77777777" w:rsidR="00605635" w:rsidRPr="00B36C43" w:rsidRDefault="00605635" w:rsidP="00605635">
      <w:pPr>
        <w:pStyle w:val="Default"/>
        <w:jc w:val="both"/>
        <w:rPr>
          <w:rFonts w:ascii="Arial" w:hAnsi="Arial" w:cs="Arial"/>
          <w:sz w:val="22"/>
          <w:szCs w:val="22"/>
        </w:rPr>
      </w:pPr>
    </w:p>
    <w:p w14:paraId="2F9EB8B4"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Do not be alarmed if you experience normal temporary mental discomforts, such as impatience, crankiness and anxiety.</w:t>
      </w:r>
    </w:p>
    <w:p w14:paraId="77209174" w14:textId="77777777" w:rsidR="00605635" w:rsidRPr="00B36C43" w:rsidRDefault="00605635" w:rsidP="00605635">
      <w:pPr>
        <w:pStyle w:val="Default"/>
        <w:jc w:val="both"/>
        <w:rPr>
          <w:rFonts w:ascii="Arial" w:hAnsi="Arial" w:cs="Arial"/>
          <w:sz w:val="22"/>
          <w:szCs w:val="22"/>
        </w:rPr>
      </w:pPr>
    </w:p>
    <w:p w14:paraId="3778F498"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Physical discomforts are also common, especially mid-day. You may have fleeting hunger pains, dizziness, or the "blahs." Withdrawal from caffeine and sugar may cause headaches. Physical annoyances may also include weakness, tiredness or sleeplessness.</w:t>
      </w:r>
    </w:p>
    <w:p w14:paraId="364C42F6" w14:textId="77777777" w:rsidR="00605635" w:rsidRPr="00B36C43" w:rsidRDefault="00605635" w:rsidP="00605635">
      <w:pPr>
        <w:pStyle w:val="Default"/>
        <w:jc w:val="both"/>
        <w:rPr>
          <w:rFonts w:ascii="Arial" w:hAnsi="Arial" w:cs="Arial"/>
          <w:sz w:val="22"/>
          <w:szCs w:val="22"/>
        </w:rPr>
      </w:pPr>
    </w:p>
    <w:p w14:paraId="26B1A5BE" w14:textId="4FC7E0FC" w:rsidR="00605635" w:rsidRPr="000A24B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 xml:space="preserve">If you feel faint or become ill, </w:t>
      </w:r>
      <w:r w:rsidR="00AB041C" w:rsidRPr="00B36C43">
        <w:rPr>
          <w:rFonts w:ascii="Arial" w:hAnsi="Arial" w:cs="Arial"/>
          <w:color w:val="000000"/>
        </w:rPr>
        <w:t>adjust</w:t>
      </w:r>
      <w:r w:rsidRPr="00B36C43">
        <w:rPr>
          <w:rFonts w:ascii="Arial" w:hAnsi="Arial" w:cs="Arial"/>
          <w:color w:val="000000"/>
        </w:rPr>
        <w:t xml:space="preserve"> your fast and seek medical attention if necessary.</w:t>
      </w:r>
    </w:p>
    <w:p w14:paraId="083043B7" w14:textId="77777777" w:rsidR="00605635" w:rsidRPr="00B36C43" w:rsidRDefault="00605635" w:rsidP="00605635">
      <w:pPr>
        <w:pStyle w:val="Default"/>
        <w:jc w:val="both"/>
        <w:rPr>
          <w:rFonts w:ascii="Arial" w:hAnsi="Arial" w:cs="Arial"/>
          <w:sz w:val="22"/>
          <w:szCs w:val="22"/>
        </w:rPr>
      </w:pPr>
    </w:p>
    <w:p w14:paraId="3EA28737" w14:textId="77777777" w:rsidR="00605635" w:rsidRPr="000A24B3" w:rsidRDefault="00605635" w:rsidP="00605635">
      <w:pPr>
        <w:pStyle w:val="ListParagraph"/>
        <w:numPr>
          <w:ilvl w:val="0"/>
          <w:numId w:val="11"/>
        </w:numPr>
        <w:autoSpaceDE w:val="0"/>
        <w:autoSpaceDN w:val="0"/>
        <w:adjustRightInd w:val="0"/>
        <w:spacing w:after="0" w:line="240" w:lineRule="auto"/>
        <w:jc w:val="both"/>
        <w:rPr>
          <w:rFonts w:ascii="Arial" w:hAnsi="Arial" w:cs="Arial"/>
        </w:rPr>
      </w:pPr>
      <w:r w:rsidRPr="000A24B3">
        <w:rPr>
          <w:rFonts w:ascii="Arial" w:hAnsi="Arial" w:cs="Arial"/>
          <w:color w:val="000000"/>
        </w:rPr>
        <w:t xml:space="preserve">Limit your activity.  Exercise only moderately.  </w:t>
      </w:r>
    </w:p>
    <w:p w14:paraId="7C2A2A9C" w14:textId="77777777" w:rsidR="00605635" w:rsidRPr="000A24B3" w:rsidRDefault="00605635" w:rsidP="00605635">
      <w:pPr>
        <w:autoSpaceDE w:val="0"/>
        <w:autoSpaceDN w:val="0"/>
        <w:adjustRightInd w:val="0"/>
        <w:spacing w:after="0" w:line="240" w:lineRule="auto"/>
        <w:jc w:val="both"/>
        <w:rPr>
          <w:rFonts w:ascii="Arial" w:hAnsi="Arial" w:cs="Arial"/>
        </w:rPr>
      </w:pPr>
    </w:p>
    <w:p w14:paraId="78B19682"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Rest as much as your schedule will permit.</w:t>
      </w:r>
    </w:p>
    <w:p w14:paraId="4FE7F289" w14:textId="77777777" w:rsidR="00605635" w:rsidRPr="00B36C43" w:rsidRDefault="00605635" w:rsidP="00605635">
      <w:pPr>
        <w:pStyle w:val="Default"/>
        <w:jc w:val="both"/>
        <w:rPr>
          <w:rFonts w:ascii="Arial" w:hAnsi="Arial" w:cs="Arial"/>
          <w:sz w:val="22"/>
          <w:szCs w:val="22"/>
        </w:rPr>
      </w:pPr>
    </w:p>
    <w:p w14:paraId="10504E9C"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 xml:space="preserve">Make a deliberate increase in worship, prayer and study of the Word.  </w:t>
      </w:r>
    </w:p>
    <w:p w14:paraId="73E46C2B" w14:textId="77777777" w:rsidR="00605635" w:rsidRPr="00B36C43" w:rsidRDefault="00605635" w:rsidP="00605635">
      <w:pPr>
        <w:pStyle w:val="Default"/>
        <w:jc w:val="both"/>
        <w:rPr>
          <w:rFonts w:ascii="Arial" w:hAnsi="Arial" w:cs="Arial"/>
          <w:sz w:val="22"/>
          <w:szCs w:val="22"/>
        </w:rPr>
      </w:pPr>
    </w:p>
    <w:p w14:paraId="1D16A1FD"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 xml:space="preserve">Do not neglect your family while you fast.  </w:t>
      </w:r>
    </w:p>
    <w:p w14:paraId="08511DD6" w14:textId="77777777" w:rsidR="00605635" w:rsidRPr="00B36C43" w:rsidRDefault="00605635" w:rsidP="00605635">
      <w:pPr>
        <w:pStyle w:val="Default"/>
        <w:jc w:val="both"/>
        <w:rPr>
          <w:rFonts w:ascii="Arial" w:hAnsi="Arial" w:cs="Arial"/>
          <w:sz w:val="22"/>
          <w:szCs w:val="22"/>
        </w:rPr>
      </w:pPr>
    </w:p>
    <w:p w14:paraId="2AF253B0"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Generate family unity. Parents sit down with your children and have them lead devotion. Help your children choose to avoid fast foods, video games, or other types of foods or activities that they find most gratifying. Limit their use of electronic devices.</w:t>
      </w:r>
    </w:p>
    <w:p w14:paraId="2D816294" w14:textId="77777777" w:rsidR="00605635" w:rsidRPr="00B36C43" w:rsidRDefault="00605635" w:rsidP="00605635">
      <w:pPr>
        <w:pStyle w:val="Default"/>
        <w:jc w:val="both"/>
        <w:rPr>
          <w:rFonts w:ascii="Arial" w:hAnsi="Arial" w:cs="Arial"/>
          <w:sz w:val="22"/>
          <w:szCs w:val="22"/>
        </w:rPr>
      </w:pPr>
    </w:p>
    <w:p w14:paraId="57AF80DC" w14:textId="77777777" w:rsidR="00605635" w:rsidRPr="00B36C43" w:rsidRDefault="00605635" w:rsidP="00605635">
      <w:pPr>
        <w:pStyle w:val="ListParagraph"/>
        <w:numPr>
          <w:ilvl w:val="0"/>
          <w:numId w:val="11"/>
        </w:numPr>
        <w:autoSpaceDE w:val="0"/>
        <w:autoSpaceDN w:val="0"/>
        <w:adjustRightInd w:val="0"/>
        <w:spacing w:after="0" w:line="240" w:lineRule="auto"/>
        <w:jc w:val="both"/>
        <w:rPr>
          <w:rFonts w:ascii="Arial" w:hAnsi="Arial" w:cs="Arial"/>
          <w:color w:val="000000"/>
        </w:rPr>
      </w:pPr>
      <w:r w:rsidRPr="00B36C43">
        <w:rPr>
          <w:rFonts w:ascii="Arial" w:hAnsi="Arial" w:cs="Arial"/>
          <w:color w:val="000000"/>
        </w:rPr>
        <w:t>As you continue to fast, you will likely experience a sense of well-being both physically and spiritually. However, should you feel hunger pains, increase your liquid intake.  Don't give up!</w:t>
      </w:r>
    </w:p>
    <w:p w14:paraId="02EF6180" w14:textId="77777777" w:rsidR="00605635" w:rsidRPr="00B36C43" w:rsidRDefault="00605635" w:rsidP="00605635">
      <w:pPr>
        <w:pStyle w:val="Default"/>
        <w:jc w:val="both"/>
        <w:rPr>
          <w:rFonts w:ascii="Arial" w:hAnsi="Arial" w:cs="Arial"/>
          <w:b/>
          <w:sz w:val="22"/>
          <w:szCs w:val="22"/>
          <w:u w:val="single"/>
        </w:rPr>
      </w:pPr>
    </w:p>
    <w:p w14:paraId="347C1C5B" w14:textId="77777777" w:rsidR="00605635" w:rsidRPr="00B36C43" w:rsidRDefault="00605635" w:rsidP="00605635">
      <w:pPr>
        <w:pStyle w:val="Default"/>
        <w:jc w:val="center"/>
        <w:rPr>
          <w:rFonts w:ascii="Arial" w:hAnsi="Arial" w:cs="Arial"/>
          <w:b/>
          <w:sz w:val="22"/>
          <w:szCs w:val="22"/>
          <w:u w:val="single"/>
        </w:rPr>
      </w:pPr>
    </w:p>
    <w:p w14:paraId="18589306" w14:textId="77777777" w:rsidR="00605635" w:rsidRPr="00B36C43" w:rsidRDefault="00605635" w:rsidP="00605635">
      <w:pPr>
        <w:pStyle w:val="Default"/>
        <w:jc w:val="center"/>
        <w:rPr>
          <w:rFonts w:ascii="Arial" w:hAnsi="Arial" w:cs="Arial"/>
          <w:b/>
          <w:sz w:val="22"/>
          <w:szCs w:val="22"/>
          <w:u w:val="single"/>
        </w:rPr>
      </w:pPr>
    </w:p>
    <w:p w14:paraId="190D0DFF" w14:textId="77777777" w:rsidR="00605635" w:rsidRDefault="00605635" w:rsidP="00605635">
      <w:pPr>
        <w:autoSpaceDE w:val="0"/>
        <w:autoSpaceDN w:val="0"/>
        <w:adjustRightInd w:val="0"/>
        <w:spacing w:after="0" w:line="240" w:lineRule="auto"/>
        <w:rPr>
          <w:rFonts w:ascii="Arial" w:eastAsiaTheme="minorHAnsi" w:hAnsi="Arial" w:cs="Arial"/>
          <w:b/>
          <w:bCs/>
        </w:rPr>
      </w:pPr>
    </w:p>
    <w:p w14:paraId="24DEA7AF" w14:textId="77777777" w:rsidR="00605635" w:rsidRPr="00B36C43" w:rsidRDefault="00605635" w:rsidP="00605635">
      <w:pPr>
        <w:autoSpaceDE w:val="0"/>
        <w:autoSpaceDN w:val="0"/>
        <w:adjustRightInd w:val="0"/>
        <w:spacing w:after="0" w:line="240" w:lineRule="auto"/>
        <w:rPr>
          <w:rFonts w:ascii="Arial" w:eastAsiaTheme="minorHAnsi" w:hAnsi="Arial" w:cs="Arial"/>
          <w:b/>
          <w:bCs/>
        </w:rPr>
      </w:pPr>
      <w:r w:rsidRPr="00B36C43">
        <w:rPr>
          <w:rFonts w:ascii="Arial" w:eastAsiaTheme="minorHAnsi" w:hAnsi="Arial" w:cs="Arial"/>
          <w:b/>
          <w:bCs/>
        </w:rPr>
        <w:t>What you can expect while fasting physically</w:t>
      </w:r>
    </w:p>
    <w:p w14:paraId="0CD3B952" w14:textId="51E4D564" w:rsidR="00605635" w:rsidRPr="00B36C43" w:rsidRDefault="00605635" w:rsidP="00605635">
      <w:pPr>
        <w:autoSpaceDE w:val="0"/>
        <w:autoSpaceDN w:val="0"/>
        <w:adjustRightInd w:val="0"/>
        <w:spacing w:after="0" w:line="240" w:lineRule="auto"/>
        <w:rPr>
          <w:rFonts w:ascii="Arial" w:eastAsiaTheme="minorHAnsi" w:hAnsi="Arial" w:cs="Arial"/>
        </w:rPr>
      </w:pPr>
      <w:r w:rsidRPr="00B36C43">
        <w:rPr>
          <w:rFonts w:ascii="Arial" w:eastAsiaTheme="minorHAnsi" w:hAnsi="Arial" w:cs="Arial"/>
        </w:rPr>
        <w:t xml:space="preserve">When you </w:t>
      </w:r>
      <w:r w:rsidR="00AB041C" w:rsidRPr="00B36C43">
        <w:rPr>
          <w:rFonts w:ascii="Arial" w:eastAsiaTheme="minorHAnsi" w:hAnsi="Arial" w:cs="Arial"/>
        </w:rPr>
        <w:t>fast,</w:t>
      </w:r>
      <w:r w:rsidRPr="00B36C43">
        <w:rPr>
          <w:rFonts w:ascii="Arial" w:eastAsiaTheme="minorHAnsi" w:hAnsi="Arial" w:cs="Arial"/>
        </w:rPr>
        <w:t xml:space="preserve"> you can expect to experience some discomfort in your body such as:</w:t>
      </w:r>
    </w:p>
    <w:p w14:paraId="317942FA" w14:textId="77777777" w:rsidR="00605635" w:rsidRPr="00B36C43" w:rsidRDefault="00605635" w:rsidP="00605635">
      <w:pPr>
        <w:pStyle w:val="ListParagraph"/>
        <w:numPr>
          <w:ilvl w:val="0"/>
          <w:numId w:val="12"/>
        </w:numPr>
        <w:autoSpaceDE w:val="0"/>
        <w:autoSpaceDN w:val="0"/>
        <w:adjustRightInd w:val="0"/>
        <w:spacing w:after="0" w:line="240" w:lineRule="auto"/>
        <w:rPr>
          <w:rFonts w:ascii="Arial" w:hAnsi="Arial" w:cs="Arial"/>
        </w:rPr>
      </w:pPr>
      <w:r w:rsidRPr="00B36C43">
        <w:rPr>
          <w:rFonts w:ascii="Arial" w:hAnsi="Arial" w:cs="Arial"/>
        </w:rPr>
        <w:t>Headache</w:t>
      </w:r>
    </w:p>
    <w:p w14:paraId="140B2F8A" w14:textId="77777777" w:rsidR="00605635" w:rsidRPr="00B36C43" w:rsidRDefault="00605635" w:rsidP="00605635">
      <w:pPr>
        <w:pStyle w:val="ListParagraph"/>
        <w:numPr>
          <w:ilvl w:val="0"/>
          <w:numId w:val="12"/>
        </w:numPr>
        <w:autoSpaceDE w:val="0"/>
        <w:autoSpaceDN w:val="0"/>
        <w:adjustRightInd w:val="0"/>
        <w:spacing w:after="0" w:line="240" w:lineRule="auto"/>
        <w:rPr>
          <w:rFonts w:ascii="Arial" w:hAnsi="Arial" w:cs="Arial"/>
        </w:rPr>
      </w:pPr>
      <w:r w:rsidRPr="00B36C43">
        <w:rPr>
          <w:rFonts w:ascii="Arial" w:hAnsi="Arial" w:cs="Arial"/>
        </w:rPr>
        <w:t>Runny Nose</w:t>
      </w:r>
    </w:p>
    <w:p w14:paraId="0C2B75E3" w14:textId="77777777" w:rsidR="00605635" w:rsidRPr="00B36C43" w:rsidRDefault="00605635" w:rsidP="00605635">
      <w:pPr>
        <w:pStyle w:val="ListParagraph"/>
        <w:numPr>
          <w:ilvl w:val="0"/>
          <w:numId w:val="12"/>
        </w:numPr>
        <w:autoSpaceDE w:val="0"/>
        <w:autoSpaceDN w:val="0"/>
        <w:adjustRightInd w:val="0"/>
        <w:spacing w:after="0" w:line="240" w:lineRule="auto"/>
        <w:rPr>
          <w:rFonts w:ascii="Arial" w:hAnsi="Arial" w:cs="Arial"/>
        </w:rPr>
      </w:pPr>
      <w:r w:rsidRPr="00B36C43">
        <w:rPr>
          <w:rFonts w:ascii="Arial" w:hAnsi="Arial" w:cs="Arial"/>
        </w:rPr>
        <w:t>Joint discomfort</w:t>
      </w:r>
    </w:p>
    <w:p w14:paraId="7A563424" w14:textId="77777777" w:rsidR="00605635" w:rsidRPr="00B36C43" w:rsidRDefault="00605635" w:rsidP="00605635">
      <w:pPr>
        <w:pStyle w:val="ListParagraph"/>
        <w:numPr>
          <w:ilvl w:val="0"/>
          <w:numId w:val="12"/>
        </w:numPr>
        <w:autoSpaceDE w:val="0"/>
        <w:autoSpaceDN w:val="0"/>
        <w:adjustRightInd w:val="0"/>
        <w:spacing w:after="0" w:line="240" w:lineRule="auto"/>
        <w:rPr>
          <w:rFonts w:ascii="Arial" w:hAnsi="Arial" w:cs="Arial"/>
        </w:rPr>
      </w:pPr>
      <w:r w:rsidRPr="00B36C43">
        <w:rPr>
          <w:rFonts w:ascii="Arial" w:hAnsi="Arial" w:cs="Arial"/>
        </w:rPr>
        <w:t>Fatigue</w:t>
      </w:r>
    </w:p>
    <w:p w14:paraId="581B4F80" w14:textId="77777777" w:rsidR="00605635" w:rsidRPr="00B36C43" w:rsidRDefault="00605635" w:rsidP="00605635">
      <w:pPr>
        <w:pStyle w:val="ListParagraph"/>
        <w:numPr>
          <w:ilvl w:val="0"/>
          <w:numId w:val="12"/>
        </w:numPr>
        <w:autoSpaceDE w:val="0"/>
        <w:autoSpaceDN w:val="0"/>
        <w:adjustRightInd w:val="0"/>
        <w:spacing w:after="0" w:line="240" w:lineRule="auto"/>
        <w:rPr>
          <w:rFonts w:ascii="Arial" w:hAnsi="Arial" w:cs="Arial"/>
        </w:rPr>
      </w:pPr>
      <w:r w:rsidRPr="00B36C43">
        <w:rPr>
          <w:rFonts w:ascii="Arial" w:hAnsi="Arial" w:cs="Arial"/>
        </w:rPr>
        <w:t>Muscles aches</w:t>
      </w:r>
    </w:p>
    <w:p w14:paraId="2AC5B63F" w14:textId="77777777" w:rsidR="00605635" w:rsidRDefault="00605635" w:rsidP="00605635">
      <w:pPr>
        <w:autoSpaceDE w:val="0"/>
        <w:autoSpaceDN w:val="0"/>
        <w:adjustRightInd w:val="0"/>
        <w:spacing w:after="0" w:line="240" w:lineRule="auto"/>
        <w:jc w:val="both"/>
        <w:rPr>
          <w:rFonts w:ascii="Arial" w:eastAsiaTheme="minorHAnsi" w:hAnsi="Arial" w:cs="Arial"/>
        </w:rPr>
      </w:pPr>
    </w:p>
    <w:p w14:paraId="7DED5311" w14:textId="77777777" w:rsidR="00605635" w:rsidRPr="00B36C43" w:rsidRDefault="00605635" w:rsidP="00605635">
      <w:pPr>
        <w:autoSpaceDE w:val="0"/>
        <w:autoSpaceDN w:val="0"/>
        <w:adjustRightInd w:val="0"/>
        <w:spacing w:after="0" w:line="240" w:lineRule="auto"/>
        <w:jc w:val="both"/>
        <w:rPr>
          <w:rFonts w:ascii="Arial" w:eastAsiaTheme="minorHAnsi" w:hAnsi="Arial" w:cs="Arial"/>
        </w:rPr>
      </w:pPr>
      <w:r w:rsidRPr="00B36C43">
        <w:rPr>
          <w:rFonts w:ascii="Arial" w:eastAsiaTheme="minorHAnsi" w:hAnsi="Arial" w:cs="Arial"/>
        </w:rPr>
        <w:t>Fasting also has many physical benefits as your body takes time to rest and cleanse itself. There are similarities in the physical and the spiritual context of fasting. In the same way God restore us spiritually, our bodies will be in a state of renewal as they cleanse out anything unhealthy.</w:t>
      </w:r>
    </w:p>
    <w:p w14:paraId="1498BE9F" w14:textId="77777777" w:rsidR="00605635" w:rsidRPr="00B36C43" w:rsidRDefault="00605635" w:rsidP="00605635">
      <w:pPr>
        <w:autoSpaceDE w:val="0"/>
        <w:autoSpaceDN w:val="0"/>
        <w:adjustRightInd w:val="0"/>
        <w:spacing w:after="0" w:line="240" w:lineRule="auto"/>
        <w:jc w:val="both"/>
        <w:rPr>
          <w:rFonts w:ascii="Arial" w:eastAsiaTheme="minorHAnsi" w:hAnsi="Arial" w:cs="Arial"/>
          <w:b/>
        </w:rPr>
      </w:pPr>
    </w:p>
    <w:p w14:paraId="42D58E96" w14:textId="77777777" w:rsidR="00605635" w:rsidRDefault="00605635" w:rsidP="00605635">
      <w:pPr>
        <w:autoSpaceDE w:val="0"/>
        <w:autoSpaceDN w:val="0"/>
        <w:adjustRightInd w:val="0"/>
        <w:spacing w:after="0" w:line="240" w:lineRule="auto"/>
        <w:rPr>
          <w:rFonts w:ascii="Arial" w:eastAsiaTheme="minorHAnsi" w:hAnsi="Arial" w:cs="Arial"/>
          <w:b/>
        </w:rPr>
      </w:pPr>
    </w:p>
    <w:p w14:paraId="15CBEC82" w14:textId="77777777" w:rsidR="00605635" w:rsidRPr="00B36C43" w:rsidRDefault="00605635" w:rsidP="00605635">
      <w:pPr>
        <w:autoSpaceDE w:val="0"/>
        <w:autoSpaceDN w:val="0"/>
        <w:adjustRightInd w:val="0"/>
        <w:spacing w:after="0" w:line="240" w:lineRule="auto"/>
        <w:rPr>
          <w:rFonts w:ascii="Arial" w:eastAsiaTheme="minorHAnsi" w:hAnsi="Arial" w:cs="Arial"/>
          <w:b/>
        </w:rPr>
      </w:pPr>
      <w:r w:rsidRPr="00B36C43">
        <w:rPr>
          <w:rFonts w:ascii="Arial" w:eastAsiaTheme="minorHAnsi" w:hAnsi="Arial" w:cs="Arial"/>
          <w:b/>
        </w:rPr>
        <w:t>The benefits of fasting that have been experienced are the following</w:t>
      </w:r>
    </w:p>
    <w:p w14:paraId="4B3CECCD"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Cleanse your body of metabolic wastes and toxins</w:t>
      </w:r>
    </w:p>
    <w:p w14:paraId="7B554970"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Heal a host of minor health disorders</w:t>
      </w:r>
    </w:p>
    <w:p w14:paraId="11EF4D25"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Improve your skin tone and health</w:t>
      </w:r>
    </w:p>
    <w:p w14:paraId="246F36DF"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Strengthen your immune system</w:t>
      </w:r>
    </w:p>
    <w:p w14:paraId="5998C5DA"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Increase mental clarity</w:t>
      </w:r>
    </w:p>
    <w:p w14:paraId="54EB28EA" w14:textId="77777777" w:rsidR="00605635" w:rsidRPr="00B36C43" w:rsidRDefault="00605635" w:rsidP="00605635">
      <w:pPr>
        <w:pStyle w:val="ListParagraph"/>
        <w:numPr>
          <w:ilvl w:val="0"/>
          <w:numId w:val="13"/>
        </w:numPr>
        <w:autoSpaceDE w:val="0"/>
        <w:autoSpaceDN w:val="0"/>
        <w:adjustRightInd w:val="0"/>
        <w:spacing w:after="0" w:line="240" w:lineRule="auto"/>
        <w:rPr>
          <w:rFonts w:ascii="Arial" w:hAnsi="Arial" w:cs="Arial"/>
        </w:rPr>
      </w:pPr>
      <w:r w:rsidRPr="00B36C43">
        <w:rPr>
          <w:rFonts w:ascii="Arial" w:hAnsi="Arial" w:cs="Arial"/>
        </w:rPr>
        <w:t>Enhance your moods</w:t>
      </w:r>
    </w:p>
    <w:p w14:paraId="5C8D885A" w14:textId="77777777" w:rsidR="00605635" w:rsidRPr="00B36C43" w:rsidRDefault="00605635" w:rsidP="00605635">
      <w:pPr>
        <w:pStyle w:val="Default"/>
        <w:numPr>
          <w:ilvl w:val="0"/>
          <w:numId w:val="13"/>
        </w:numPr>
        <w:rPr>
          <w:rFonts w:ascii="Arial" w:hAnsi="Arial" w:cs="Arial"/>
          <w:b/>
          <w:sz w:val="22"/>
          <w:szCs w:val="22"/>
          <w:u w:val="single"/>
        </w:rPr>
      </w:pPr>
      <w:r w:rsidRPr="00B36C43">
        <w:rPr>
          <w:rFonts w:ascii="Arial" w:hAnsi="Arial" w:cs="Arial"/>
          <w:sz w:val="22"/>
          <w:szCs w:val="22"/>
        </w:rPr>
        <w:t>Give you more energy and enthusiasm</w:t>
      </w:r>
    </w:p>
    <w:p w14:paraId="3CB4BB63" w14:textId="77777777" w:rsidR="00605635" w:rsidRPr="00B36C43" w:rsidRDefault="00605635" w:rsidP="00605635">
      <w:pPr>
        <w:pStyle w:val="Default"/>
        <w:rPr>
          <w:rFonts w:ascii="Arial" w:hAnsi="Arial" w:cs="Arial"/>
          <w:b/>
          <w:sz w:val="22"/>
          <w:szCs w:val="22"/>
          <w:u w:val="single"/>
        </w:rPr>
      </w:pPr>
    </w:p>
    <w:p w14:paraId="7C85A4DF" w14:textId="77777777" w:rsidR="00605635" w:rsidRDefault="00605635" w:rsidP="00605635">
      <w:pPr>
        <w:pStyle w:val="Default"/>
        <w:jc w:val="center"/>
        <w:rPr>
          <w:rFonts w:ascii="Arial" w:hAnsi="Arial" w:cs="Arial"/>
          <w:b/>
          <w:sz w:val="22"/>
          <w:szCs w:val="22"/>
          <w:u w:val="single"/>
        </w:rPr>
      </w:pPr>
    </w:p>
    <w:p w14:paraId="2E12EC09" w14:textId="77777777" w:rsidR="00605635" w:rsidRDefault="00605635" w:rsidP="00605635">
      <w:pPr>
        <w:pStyle w:val="Default"/>
        <w:jc w:val="center"/>
        <w:rPr>
          <w:rFonts w:ascii="Arial" w:hAnsi="Arial" w:cs="Arial"/>
          <w:b/>
          <w:sz w:val="22"/>
          <w:szCs w:val="22"/>
          <w:u w:val="single"/>
        </w:rPr>
      </w:pPr>
    </w:p>
    <w:p w14:paraId="26F5D3D6" w14:textId="77777777" w:rsidR="00605635" w:rsidRDefault="00605635" w:rsidP="00605635">
      <w:pPr>
        <w:pStyle w:val="Default"/>
        <w:jc w:val="center"/>
        <w:rPr>
          <w:rFonts w:ascii="Arial" w:hAnsi="Arial" w:cs="Arial"/>
          <w:b/>
          <w:sz w:val="22"/>
          <w:szCs w:val="22"/>
          <w:u w:val="single"/>
        </w:rPr>
      </w:pPr>
    </w:p>
    <w:p w14:paraId="3FCC85EB" w14:textId="77777777" w:rsidR="00605635" w:rsidRPr="00B36C43" w:rsidRDefault="00605635" w:rsidP="00605635">
      <w:pPr>
        <w:pStyle w:val="Default"/>
        <w:jc w:val="center"/>
        <w:rPr>
          <w:rFonts w:ascii="Arial" w:hAnsi="Arial" w:cs="Arial"/>
          <w:b/>
          <w:sz w:val="22"/>
          <w:szCs w:val="22"/>
          <w:u w:val="single"/>
        </w:rPr>
      </w:pPr>
    </w:p>
    <w:p w14:paraId="243A65A9" w14:textId="77777777" w:rsidR="00605635" w:rsidRPr="00B36C43" w:rsidRDefault="00605635" w:rsidP="00605635">
      <w:pPr>
        <w:pStyle w:val="Default"/>
        <w:jc w:val="center"/>
        <w:rPr>
          <w:rFonts w:ascii="Arial" w:hAnsi="Arial" w:cs="Arial"/>
          <w:b/>
          <w:sz w:val="22"/>
          <w:szCs w:val="22"/>
          <w:u w:val="single"/>
        </w:rPr>
      </w:pPr>
      <w:r w:rsidRPr="00B36C43">
        <w:rPr>
          <w:rFonts w:ascii="Arial" w:hAnsi="Arial" w:cs="Arial"/>
          <w:noProof/>
          <w:color w:val="FFFFFF"/>
          <w:sz w:val="22"/>
          <w:szCs w:val="22"/>
        </w:rPr>
        <w:drawing>
          <wp:inline distT="0" distB="0" distL="0" distR="0" wp14:anchorId="1396B12E" wp14:editId="1717E02B">
            <wp:extent cx="3600450" cy="212598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3605290" cy="2128838"/>
                    </a:xfrm>
                    <a:prstGeom prst="roundRect">
                      <a:avLst>
                        <a:gd name="adj" fmla="val 8594"/>
                      </a:avLst>
                    </a:prstGeom>
                    <a:solidFill>
                      <a:srgbClr val="FFFFFF">
                        <a:shade val="85000"/>
                      </a:srgbClr>
                    </a:solidFill>
                    <a:ln>
                      <a:noFill/>
                    </a:ln>
                    <a:effectLst/>
                  </pic:spPr>
                </pic:pic>
              </a:graphicData>
            </a:graphic>
          </wp:inline>
        </w:drawing>
      </w:r>
    </w:p>
    <w:p w14:paraId="6F5ABD56" w14:textId="77777777" w:rsidR="00605635" w:rsidRPr="00B36C43" w:rsidRDefault="00605635" w:rsidP="00605635">
      <w:pPr>
        <w:pStyle w:val="Default"/>
        <w:jc w:val="center"/>
        <w:rPr>
          <w:rFonts w:ascii="Arial" w:hAnsi="Arial" w:cs="Arial"/>
          <w:b/>
          <w:sz w:val="22"/>
          <w:szCs w:val="22"/>
          <w:u w:val="single"/>
        </w:rPr>
      </w:pPr>
    </w:p>
    <w:p w14:paraId="071E8E3F" w14:textId="77777777" w:rsidR="00605635" w:rsidRDefault="00605635" w:rsidP="00605635">
      <w:pPr>
        <w:pStyle w:val="Default"/>
        <w:jc w:val="center"/>
        <w:rPr>
          <w:rFonts w:ascii="Arial" w:hAnsi="Arial" w:cs="Arial"/>
          <w:b/>
          <w:u w:val="single"/>
        </w:rPr>
      </w:pPr>
    </w:p>
    <w:p w14:paraId="3A43C00F" w14:textId="77777777" w:rsidR="00605635" w:rsidRDefault="00605635" w:rsidP="00605635">
      <w:pPr>
        <w:pStyle w:val="Default"/>
        <w:jc w:val="center"/>
        <w:rPr>
          <w:rFonts w:ascii="Arial" w:hAnsi="Arial" w:cs="Arial"/>
          <w:b/>
          <w:u w:val="single"/>
        </w:rPr>
      </w:pPr>
    </w:p>
    <w:p w14:paraId="542BC9A1" w14:textId="77777777" w:rsidR="00605635" w:rsidRDefault="00605635" w:rsidP="00605635">
      <w:pPr>
        <w:pStyle w:val="Default"/>
        <w:jc w:val="center"/>
        <w:rPr>
          <w:rFonts w:ascii="Arial" w:hAnsi="Arial" w:cs="Arial"/>
          <w:b/>
          <w:u w:val="single"/>
        </w:rPr>
      </w:pPr>
    </w:p>
    <w:p w14:paraId="2EE2F896" w14:textId="77777777" w:rsidR="00605635" w:rsidRDefault="00605635" w:rsidP="00605635">
      <w:pPr>
        <w:pStyle w:val="Default"/>
        <w:jc w:val="center"/>
        <w:rPr>
          <w:rFonts w:ascii="Arial" w:hAnsi="Arial" w:cs="Arial"/>
          <w:b/>
          <w:u w:val="single"/>
        </w:rPr>
      </w:pPr>
    </w:p>
    <w:p w14:paraId="546756D3" w14:textId="77777777" w:rsidR="00605635" w:rsidRDefault="00605635" w:rsidP="00605635">
      <w:pPr>
        <w:pStyle w:val="Default"/>
        <w:jc w:val="center"/>
        <w:rPr>
          <w:rFonts w:ascii="Arial" w:hAnsi="Arial" w:cs="Arial"/>
          <w:b/>
          <w:u w:val="single"/>
        </w:rPr>
      </w:pPr>
    </w:p>
    <w:p w14:paraId="32670BD5" w14:textId="77777777" w:rsidR="00605635" w:rsidRDefault="00605635" w:rsidP="00605635">
      <w:pPr>
        <w:pStyle w:val="Default"/>
        <w:jc w:val="center"/>
        <w:rPr>
          <w:rFonts w:ascii="Arial" w:hAnsi="Arial" w:cs="Arial"/>
          <w:b/>
          <w:u w:val="single"/>
        </w:rPr>
      </w:pPr>
    </w:p>
    <w:p w14:paraId="761CBDDF" w14:textId="77777777" w:rsidR="00605635" w:rsidRDefault="00605635" w:rsidP="00605635">
      <w:pPr>
        <w:pStyle w:val="Default"/>
        <w:jc w:val="center"/>
        <w:rPr>
          <w:rFonts w:ascii="Arial" w:hAnsi="Arial" w:cs="Arial"/>
          <w:b/>
          <w:u w:val="single"/>
        </w:rPr>
      </w:pPr>
    </w:p>
    <w:p w14:paraId="564C2F62" w14:textId="77777777" w:rsidR="00605635" w:rsidRDefault="00605635" w:rsidP="00605635">
      <w:pPr>
        <w:pStyle w:val="Default"/>
        <w:jc w:val="center"/>
        <w:rPr>
          <w:rFonts w:ascii="Arial" w:hAnsi="Arial" w:cs="Arial"/>
          <w:b/>
          <w:u w:val="single"/>
        </w:rPr>
      </w:pPr>
    </w:p>
    <w:p w14:paraId="1E84EF5E" w14:textId="77777777" w:rsidR="00605635" w:rsidRDefault="00605635" w:rsidP="00605635">
      <w:pPr>
        <w:pStyle w:val="Default"/>
        <w:jc w:val="center"/>
        <w:rPr>
          <w:rFonts w:ascii="Arial" w:hAnsi="Arial" w:cs="Arial"/>
          <w:b/>
          <w:u w:val="single"/>
        </w:rPr>
      </w:pPr>
    </w:p>
    <w:p w14:paraId="5D00AFD5" w14:textId="77777777" w:rsidR="00605635" w:rsidRDefault="00605635" w:rsidP="00605635">
      <w:pPr>
        <w:pStyle w:val="Default"/>
        <w:jc w:val="center"/>
        <w:rPr>
          <w:rFonts w:ascii="Arial" w:hAnsi="Arial" w:cs="Arial"/>
          <w:b/>
          <w:u w:val="single"/>
        </w:rPr>
      </w:pPr>
    </w:p>
    <w:p w14:paraId="1B7ACFAB" w14:textId="77777777" w:rsidR="00605635" w:rsidRDefault="00605635" w:rsidP="00605635">
      <w:pPr>
        <w:pStyle w:val="Default"/>
        <w:jc w:val="center"/>
        <w:rPr>
          <w:rFonts w:ascii="Arial" w:hAnsi="Arial" w:cs="Arial"/>
          <w:b/>
          <w:u w:val="single"/>
        </w:rPr>
      </w:pPr>
    </w:p>
    <w:p w14:paraId="0F314FC4" w14:textId="77777777" w:rsidR="00247E8B" w:rsidRDefault="00247E8B" w:rsidP="00247E8B">
      <w:pPr>
        <w:pStyle w:val="Heading1"/>
      </w:pPr>
      <w:r>
        <w:lastRenderedPageBreak/>
        <w:t>Church Daniel Fast / Healthy Eating Guide</w:t>
      </w:r>
    </w:p>
    <w:p w14:paraId="71CDD38A" w14:textId="77777777" w:rsidR="00247E8B" w:rsidRDefault="00247E8B" w:rsidP="00247E8B">
      <w:r>
        <w:t>A Spiritual &amp; Health Reset Plan</w:t>
      </w:r>
      <w:r>
        <w:br/>
      </w:r>
    </w:p>
    <w:p w14:paraId="00393DF6" w14:textId="77777777" w:rsidR="00247E8B" w:rsidRDefault="00247E8B" w:rsidP="00247E8B">
      <w:r>
        <w:t>This fast focuses on clean, natural foods that nourish the body while promoting spiritual discipline and prayer. Participants should eat simple whole foods and avoid processed foods, added sugars, fried foods, and stimulants.</w:t>
      </w:r>
    </w:p>
    <w:p w14:paraId="2F0ABE57" w14:textId="77777777" w:rsidR="00247E8B" w:rsidRPr="00861E58" w:rsidRDefault="00247E8B" w:rsidP="00247E8B">
      <w:pPr>
        <w:pStyle w:val="Heading2"/>
        <w:rPr>
          <w:color w:val="00B050"/>
          <w:sz w:val="36"/>
          <w:szCs w:val="36"/>
          <w:u w:val="single"/>
        </w:rPr>
      </w:pPr>
      <w:r w:rsidRPr="00861E58">
        <w:rPr>
          <w:color w:val="00B050"/>
          <w:sz w:val="36"/>
          <w:szCs w:val="36"/>
          <w:u w:val="single"/>
        </w:rPr>
        <w:t>Foods You CAN Eat</w:t>
      </w:r>
    </w:p>
    <w:p w14:paraId="4A34DD62" w14:textId="77777777" w:rsidR="00247E8B" w:rsidRPr="00861E58" w:rsidRDefault="00247E8B" w:rsidP="00247E8B">
      <w:pPr>
        <w:pStyle w:val="Heading3"/>
        <w:jc w:val="center"/>
        <w:rPr>
          <w:color w:val="00B050"/>
          <w:sz w:val="32"/>
          <w:szCs w:val="32"/>
        </w:rPr>
      </w:pPr>
      <w:r w:rsidRPr="00861E58">
        <w:rPr>
          <w:color w:val="00B050"/>
          <w:sz w:val="32"/>
          <w:szCs w:val="32"/>
        </w:rPr>
        <w:t>Fruits</w:t>
      </w:r>
    </w:p>
    <w:tbl>
      <w:tblPr>
        <w:tblStyle w:val="TableGrid"/>
        <w:tblW w:w="9402" w:type="dxa"/>
        <w:tblInd w:w="360" w:type="dxa"/>
        <w:tblLook w:val="04A0" w:firstRow="1" w:lastRow="0" w:firstColumn="1" w:lastColumn="0" w:noHBand="0" w:noVBand="1"/>
      </w:tblPr>
      <w:tblGrid>
        <w:gridCol w:w="2308"/>
        <w:gridCol w:w="2381"/>
        <w:gridCol w:w="2373"/>
        <w:gridCol w:w="2340"/>
      </w:tblGrid>
      <w:tr w:rsidR="00247E8B" w14:paraId="79953E74" w14:textId="77777777" w:rsidTr="00BE7952">
        <w:trPr>
          <w:trHeight w:val="436"/>
        </w:trPr>
        <w:tc>
          <w:tcPr>
            <w:tcW w:w="2308" w:type="dxa"/>
          </w:tcPr>
          <w:p w14:paraId="691DCF4B" w14:textId="77777777" w:rsidR="00247E8B" w:rsidRDefault="00247E8B" w:rsidP="00BE7952">
            <w:pPr>
              <w:pStyle w:val="ListBullet"/>
              <w:ind w:left="0" w:firstLine="0"/>
            </w:pPr>
            <w:r>
              <w:t>Apples</w:t>
            </w:r>
          </w:p>
        </w:tc>
        <w:tc>
          <w:tcPr>
            <w:tcW w:w="2381" w:type="dxa"/>
          </w:tcPr>
          <w:p w14:paraId="37A65028" w14:textId="77777777" w:rsidR="00247E8B" w:rsidRDefault="00247E8B" w:rsidP="00BE7952">
            <w:pPr>
              <w:pStyle w:val="ListBullet"/>
            </w:pPr>
            <w:r>
              <w:t>Strawberries</w:t>
            </w:r>
          </w:p>
        </w:tc>
        <w:tc>
          <w:tcPr>
            <w:tcW w:w="2373" w:type="dxa"/>
          </w:tcPr>
          <w:p w14:paraId="025DD531" w14:textId="77777777" w:rsidR="00247E8B" w:rsidRDefault="00247E8B" w:rsidP="00BE7952">
            <w:pPr>
              <w:pStyle w:val="ListBullet"/>
            </w:pPr>
            <w:r>
              <w:t>Watermelon</w:t>
            </w:r>
          </w:p>
        </w:tc>
        <w:tc>
          <w:tcPr>
            <w:tcW w:w="2340" w:type="dxa"/>
          </w:tcPr>
          <w:p w14:paraId="64C8774A" w14:textId="77777777" w:rsidR="00247E8B" w:rsidRDefault="00247E8B" w:rsidP="00BE7952">
            <w:pPr>
              <w:pStyle w:val="ListBullet"/>
            </w:pPr>
            <w:r>
              <w:t>Grapefruit</w:t>
            </w:r>
          </w:p>
        </w:tc>
      </w:tr>
      <w:tr w:rsidR="00247E8B" w14:paraId="41A1A269" w14:textId="77777777" w:rsidTr="00BE7952">
        <w:trPr>
          <w:trHeight w:val="436"/>
        </w:trPr>
        <w:tc>
          <w:tcPr>
            <w:tcW w:w="2308" w:type="dxa"/>
          </w:tcPr>
          <w:p w14:paraId="6D89E08C" w14:textId="77777777" w:rsidR="00247E8B" w:rsidRDefault="00247E8B" w:rsidP="00BE7952">
            <w:pPr>
              <w:pStyle w:val="ListBullet"/>
            </w:pPr>
            <w:r>
              <w:t>Bananas</w:t>
            </w:r>
          </w:p>
        </w:tc>
        <w:tc>
          <w:tcPr>
            <w:tcW w:w="2381" w:type="dxa"/>
          </w:tcPr>
          <w:p w14:paraId="5D78572A" w14:textId="77777777" w:rsidR="00247E8B" w:rsidRDefault="00247E8B" w:rsidP="00BE7952">
            <w:pPr>
              <w:pStyle w:val="ListBullet"/>
            </w:pPr>
            <w:r>
              <w:t>Blueberries</w:t>
            </w:r>
          </w:p>
        </w:tc>
        <w:tc>
          <w:tcPr>
            <w:tcW w:w="2373" w:type="dxa"/>
          </w:tcPr>
          <w:p w14:paraId="6CB4CD48" w14:textId="77777777" w:rsidR="00247E8B" w:rsidRDefault="00247E8B" w:rsidP="00BE7952">
            <w:pPr>
              <w:pStyle w:val="ListBullet"/>
            </w:pPr>
            <w:r>
              <w:t>Peaches</w:t>
            </w:r>
          </w:p>
        </w:tc>
        <w:tc>
          <w:tcPr>
            <w:tcW w:w="2340" w:type="dxa"/>
          </w:tcPr>
          <w:p w14:paraId="6F3439FD" w14:textId="77777777" w:rsidR="00247E8B" w:rsidRDefault="00247E8B" w:rsidP="00BE7952">
            <w:pPr>
              <w:pStyle w:val="ListBullet"/>
              <w:ind w:left="0" w:firstLine="0"/>
            </w:pPr>
            <w:r>
              <w:t>Lemons</w:t>
            </w:r>
          </w:p>
        </w:tc>
      </w:tr>
      <w:tr w:rsidR="00247E8B" w14:paraId="284F99C2" w14:textId="77777777" w:rsidTr="00BE7952">
        <w:trPr>
          <w:trHeight w:val="436"/>
        </w:trPr>
        <w:tc>
          <w:tcPr>
            <w:tcW w:w="2308" w:type="dxa"/>
          </w:tcPr>
          <w:p w14:paraId="70E06797" w14:textId="77777777" w:rsidR="00247E8B" w:rsidRDefault="00247E8B" w:rsidP="00BE7952">
            <w:pPr>
              <w:pStyle w:val="ListBullet"/>
            </w:pPr>
            <w:r>
              <w:t>Oranges</w:t>
            </w:r>
          </w:p>
        </w:tc>
        <w:tc>
          <w:tcPr>
            <w:tcW w:w="2381" w:type="dxa"/>
          </w:tcPr>
          <w:p w14:paraId="6BF2F6B3" w14:textId="77777777" w:rsidR="00247E8B" w:rsidRDefault="00247E8B" w:rsidP="00BE7952">
            <w:pPr>
              <w:pStyle w:val="ListBullet"/>
            </w:pPr>
            <w:r>
              <w:t>Pineapple</w:t>
            </w:r>
          </w:p>
        </w:tc>
        <w:tc>
          <w:tcPr>
            <w:tcW w:w="2373" w:type="dxa"/>
          </w:tcPr>
          <w:p w14:paraId="62EF3221" w14:textId="77777777" w:rsidR="00247E8B" w:rsidRDefault="00247E8B" w:rsidP="00BE7952">
            <w:pPr>
              <w:pStyle w:val="ListBullet"/>
            </w:pPr>
            <w:r>
              <w:t>Pears</w:t>
            </w:r>
          </w:p>
        </w:tc>
        <w:tc>
          <w:tcPr>
            <w:tcW w:w="2340" w:type="dxa"/>
          </w:tcPr>
          <w:p w14:paraId="0D62F4A2" w14:textId="77777777" w:rsidR="00247E8B" w:rsidRDefault="00247E8B" w:rsidP="00BE7952">
            <w:pPr>
              <w:pStyle w:val="ListBullet"/>
              <w:ind w:left="0" w:firstLine="0"/>
            </w:pPr>
            <w:r>
              <w:t>Figs</w:t>
            </w:r>
          </w:p>
        </w:tc>
      </w:tr>
      <w:tr w:rsidR="00247E8B" w14:paraId="581147A0" w14:textId="77777777" w:rsidTr="00BE7952">
        <w:trPr>
          <w:trHeight w:val="436"/>
        </w:trPr>
        <w:tc>
          <w:tcPr>
            <w:tcW w:w="2308" w:type="dxa"/>
          </w:tcPr>
          <w:p w14:paraId="10CA7614" w14:textId="77777777" w:rsidR="00247E8B" w:rsidRDefault="00247E8B" w:rsidP="00BE7952">
            <w:pPr>
              <w:pStyle w:val="ListBullet"/>
            </w:pPr>
            <w:r>
              <w:t>Grapes</w:t>
            </w:r>
          </w:p>
        </w:tc>
        <w:tc>
          <w:tcPr>
            <w:tcW w:w="2381" w:type="dxa"/>
          </w:tcPr>
          <w:p w14:paraId="4220A57F" w14:textId="77777777" w:rsidR="00247E8B" w:rsidRDefault="00247E8B" w:rsidP="00BE7952">
            <w:pPr>
              <w:pStyle w:val="ListBullet"/>
            </w:pPr>
            <w:r>
              <w:t>Mango</w:t>
            </w:r>
          </w:p>
        </w:tc>
        <w:tc>
          <w:tcPr>
            <w:tcW w:w="2373" w:type="dxa"/>
          </w:tcPr>
          <w:p w14:paraId="7979D6DE" w14:textId="77777777" w:rsidR="00247E8B" w:rsidRDefault="00247E8B" w:rsidP="00BE7952">
            <w:pPr>
              <w:pStyle w:val="ListBullet"/>
            </w:pPr>
            <w:r>
              <w:t>Kiwi</w:t>
            </w:r>
          </w:p>
        </w:tc>
        <w:tc>
          <w:tcPr>
            <w:tcW w:w="2340" w:type="dxa"/>
          </w:tcPr>
          <w:p w14:paraId="52350BC4" w14:textId="77777777" w:rsidR="00247E8B" w:rsidRDefault="00247E8B" w:rsidP="00BE7952">
            <w:pPr>
              <w:pStyle w:val="ListBullet"/>
              <w:ind w:left="0" w:firstLine="0"/>
            </w:pPr>
            <w:r>
              <w:t>Limes</w:t>
            </w:r>
          </w:p>
        </w:tc>
      </w:tr>
    </w:tbl>
    <w:p w14:paraId="29F5B4C5" w14:textId="77777777" w:rsidR="00247E8B" w:rsidRDefault="00247E8B" w:rsidP="00247E8B">
      <w:pPr>
        <w:pStyle w:val="ListBullet"/>
        <w:numPr>
          <w:ilvl w:val="0"/>
          <w:numId w:val="0"/>
        </w:numPr>
        <w:ind w:left="360" w:hanging="360"/>
      </w:pPr>
      <w:r>
        <w:t xml:space="preserve"> </w:t>
      </w:r>
    </w:p>
    <w:p w14:paraId="5224B5C5" w14:textId="77777777" w:rsidR="00247E8B" w:rsidRPr="00861E58" w:rsidRDefault="00247E8B" w:rsidP="00247E8B">
      <w:pPr>
        <w:pStyle w:val="Heading3"/>
        <w:jc w:val="center"/>
        <w:rPr>
          <w:color w:val="00B050"/>
          <w:sz w:val="28"/>
          <w:szCs w:val="28"/>
        </w:rPr>
      </w:pPr>
      <w:r w:rsidRPr="00861E58">
        <w:rPr>
          <w:color w:val="00B050"/>
          <w:sz w:val="28"/>
          <w:szCs w:val="28"/>
        </w:rPr>
        <w:t xml:space="preserve"> Vegetables</w:t>
      </w:r>
    </w:p>
    <w:tbl>
      <w:tblPr>
        <w:tblStyle w:val="TableGrid"/>
        <w:tblW w:w="9461" w:type="dxa"/>
        <w:tblInd w:w="360" w:type="dxa"/>
        <w:tblLook w:val="04A0" w:firstRow="1" w:lastRow="0" w:firstColumn="1" w:lastColumn="0" w:noHBand="0" w:noVBand="1"/>
      </w:tblPr>
      <w:tblGrid>
        <w:gridCol w:w="2335"/>
        <w:gridCol w:w="2379"/>
        <w:gridCol w:w="2359"/>
        <w:gridCol w:w="2388"/>
      </w:tblGrid>
      <w:tr w:rsidR="00247E8B" w14:paraId="28E1AB51" w14:textId="77777777" w:rsidTr="00BE7952">
        <w:trPr>
          <w:trHeight w:val="499"/>
        </w:trPr>
        <w:tc>
          <w:tcPr>
            <w:tcW w:w="2335" w:type="dxa"/>
          </w:tcPr>
          <w:p w14:paraId="655E15FD" w14:textId="77777777" w:rsidR="00247E8B" w:rsidRDefault="00247E8B" w:rsidP="00BE7952">
            <w:pPr>
              <w:pStyle w:val="ListBullet"/>
            </w:pPr>
            <w:r>
              <w:t>Broccoli</w:t>
            </w:r>
          </w:p>
        </w:tc>
        <w:tc>
          <w:tcPr>
            <w:tcW w:w="2379" w:type="dxa"/>
          </w:tcPr>
          <w:p w14:paraId="657E796D" w14:textId="77777777" w:rsidR="00247E8B" w:rsidRDefault="00247E8B" w:rsidP="00BE7952">
            <w:pPr>
              <w:pStyle w:val="ListBullet"/>
            </w:pPr>
            <w:r>
              <w:t>Carrots</w:t>
            </w:r>
          </w:p>
        </w:tc>
        <w:tc>
          <w:tcPr>
            <w:tcW w:w="2359" w:type="dxa"/>
          </w:tcPr>
          <w:p w14:paraId="400547BA" w14:textId="77777777" w:rsidR="00247E8B" w:rsidRDefault="00247E8B" w:rsidP="00BE7952">
            <w:pPr>
              <w:pStyle w:val="ListBullet"/>
            </w:pPr>
            <w:r>
              <w:t>Tomatoes</w:t>
            </w:r>
          </w:p>
        </w:tc>
        <w:tc>
          <w:tcPr>
            <w:tcW w:w="2388" w:type="dxa"/>
          </w:tcPr>
          <w:p w14:paraId="259D9173" w14:textId="77777777" w:rsidR="00247E8B" w:rsidRDefault="00247E8B" w:rsidP="00BE7952">
            <w:pPr>
              <w:pStyle w:val="ListBullet"/>
            </w:pPr>
            <w:r>
              <w:t>Mushrooms</w:t>
            </w:r>
          </w:p>
        </w:tc>
      </w:tr>
      <w:tr w:rsidR="00247E8B" w14:paraId="4F019507" w14:textId="77777777" w:rsidTr="00BE7952">
        <w:trPr>
          <w:trHeight w:val="499"/>
        </w:trPr>
        <w:tc>
          <w:tcPr>
            <w:tcW w:w="2335" w:type="dxa"/>
          </w:tcPr>
          <w:p w14:paraId="7476014A" w14:textId="77777777" w:rsidR="00247E8B" w:rsidRDefault="00247E8B" w:rsidP="00BE7952">
            <w:pPr>
              <w:pStyle w:val="ListBullet"/>
            </w:pPr>
            <w:r>
              <w:t>Spinach</w:t>
            </w:r>
          </w:p>
        </w:tc>
        <w:tc>
          <w:tcPr>
            <w:tcW w:w="2379" w:type="dxa"/>
          </w:tcPr>
          <w:p w14:paraId="6E1C5CEE" w14:textId="77777777" w:rsidR="00247E8B" w:rsidRDefault="00247E8B" w:rsidP="00BE7952">
            <w:pPr>
              <w:pStyle w:val="ListBullet"/>
            </w:pPr>
            <w:r>
              <w:t>Cabbage</w:t>
            </w:r>
          </w:p>
        </w:tc>
        <w:tc>
          <w:tcPr>
            <w:tcW w:w="2359" w:type="dxa"/>
          </w:tcPr>
          <w:p w14:paraId="512609C6" w14:textId="77777777" w:rsidR="00247E8B" w:rsidRDefault="00247E8B" w:rsidP="00BE7952">
            <w:pPr>
              <w:pStyle w:val="ListBullet"/>
            </w:pPr>
            <w:r>
              <w:t>Bell peppers</w:t>
            </w:r>
          </w:p>
        </w:tc>
        <w:tc>
          <w:tcPr>
            <w:tcW w:w="2388" w:type="dxa"/>
          </w:tcPr>
          <w:p w14:paraId="3B51DFC0" w14:textId="77777777" w:rsidR="00247E8B" w:rsidRDefault="00247E8B" w:rsidP="00BE7952">
            <w:pPr>
              <w:pStyle w:val="ListBullet"/>
            </w:pPr>
            <w:r>
              <w:t>Onions</w:t>
            </w:r>
          </w:p>
        </w:tc>
      </w:tr>
      <w:tr w:rsidR="00247E8B" w14:paraId="5E9B10BB" w14:textId="77777777" w:rsidTr="00BE7952">
        <w:trPr>
          <w:trHeight w:val="499"/>
        </w:trPr>
        <w:tc>
          <w:tcPr>
            <w:tcW w:w="2335" w:type="dxa"/>
          </w:tcPr>
          <w:p w14:paraId="0ABF03F0" w14:textId="77777777" w:rsidR="00247E8B" w:rsidRDefault="00247E8B" w:rsidP="00BE7952">
            <w:pPr>
              <w:pStyle w:val="ListBullet"/>
            </w:pPr>
            <w:r>
              <w:t>Kale</w:t>
            </w:r>
          </w:p>
        </w:tc>
        <w:tc>
          <w:tcPr>
            <w:tcW w:w="2379" w:type="dxa"/>
          </w:tcPr>
          <w:p w14:paraId="5D06D239" w14:textId="77777777" w:rsidR="00247E8B" w:rsidRDefault="00247E8B" w:rsidP="00BE7952">
            <w:pPr>
              <w:pStyle w:val="ListBullet"/>
            </w:pPr>
            <w:r>
              <w:t>Zucchini</w:t>
            </w:r>
          </w:p>
        </w:tc>
        <w:tc>
          <w:tcPr>
            <w:tcW w:w="2359" w:type="dxa"/>
          </w:tcPr>
          <w:p w14:paraId="69BBABD9" w14:textId="77777777" w:rsidR="00247E8B" w:rsidRDefault="00247E8B" w:rsidP="00BE7952">
            <w:pPr>
              <w:pStyle w:val="ListBullet"/>
            </w:pPr>
            <w:r>
              <w:t>Green beans</w:t>
            </w:r>
          </w:p>
        </w:tc>
        <w:tc>
          <w:tcPr>
            <w:tcW w:w="2388" w:type="dxa"/>
          </w:tcPr>
          <w:p w14:paraId="5FBC872F" w14:textId="77777777" w:rsidR="00247E8B" w:rsidRDefault="00247E8B" w:rsidP="00BE7952">
            <w:pPr>
              <w:pStyle w:val="ListBullet"/>
            </w:pPr>
            <w:r>
              <w:t>Garlic</w:t>
            </w:r>
          </w:p>
        </w:tc>
      </w:tr>
      <w:tr w:rsidR="00247E8B" w14:paraId="0344CB8E" w14:textId="77777777" w:rsidTr="00BE7952">
        <w:trPr>
          <w:trHeight w:val="499"/>
        </w:trPr>
        <w:tc>
          <w:tcPr>
            <w:tcW w:w="2335" w:type="dxa"/>
          </w:tcPr>
          <w:p w14:paraId="7DDDBD08" w14:textId="77777777" w:rsidR="00247E8B" w:rsidRDefault="00247E8B" w:rsidP="00BE7952">
            <w:pPr>
              <w:pStyle w:val="ListBullet"/>
            </w:pPr>
            <w:r>
              <w:t>Collard greens</w:t>
            </w:r>
          </w:p>
        </w:tc>
        <w:tc>
          <w:tcPr>
            <w:tcW w:w="2379" w:type="dxa"/>
          </w:tcPr>
          <w:p w14:paraId="3EA9D9B6" w14:textId="77777777" w:rsidR="00247E8B" w:rsidRDefault="00247E8B" w:rsidP="00BE7952">
            <w:pPr>
              <w:pStyle w:val="ListBullet"/>
            </w:pPr>
            <w:r>
              <w:t>Cucumbers</w:t>
            </w:r>
          </w:p>
        </w:tc>
        <w:tc>
          <w:tcPr>
            <w:tcW w:w="2359" w:type="dxa"/>
          </w:tcPr>
          <w:p w14:paraId="1511F40F" w14:textId="77777777" w:rsidR="00247E8B" w:rsidRDefault="00247E8B" w:rsidP="00BE7952">
            <w:pPr>
              <w:pStyle w:val="ListBullet"/>
            </w:pPr>
            <w:r>
              <w:t>Sweet potatoes</w:t>
            </w:r>
          </w:p>
        </w:tc>
        <w:tc>
          <w:tcPr>
            <w:tcW w:w="2388" w:type="dxa"/>
          </w:tcPr>
          <w:p w14:paraId="6CCCAE3A" w14:textId="77777777" w:rsidR="00247E8B" w:rsidRDefault="00247E8B" w:rsidP="00BE7952">
            <w:pPr>
              <w:pStyle w:val="ListBullet"/>
            </w:pPr>
            <w:r>
              <w:t>Asparagus</w:t>
            </w:r>
          </w:p>
        </w:tc>
      </w:tr>
    </w:tbl>
    <w:p w14:paraId="664D14B3" w14:textId="77777777" w:rsidR="00861E58" w:rsidRDefault="00861E58" w:rsidP="00247E8B">
      <w:pPr>
        <w:pStyle w:val="Heading3"/>
        <w:jc w:val="center"/>
        <w:rPr>
          <w:color w:val="00B050"/>
          <w:sz w:val="28"/>
          <w:szCs w:val="28"/>
        </w:rPr>
      </w:pPr>
    </w:p>
    <w:p w14:paraId="0141AA08" w14:textId="1E3B5C35" w:rsidR="00247E8B" w:rsidRPr="00861E58" w:rsidRDefault="00247E8B" w:rsidP="00247E8B">
      <w:pPr>
        <w:pStyle w:val="Heading3"/>
        <w:jc w:val="center"/>
        <w:rPr>
          <w:color w:val="00B050"/>
        </w:rPr>
      </w:pPr>
      <w:r w:rsidRPr="00861E58">
        <w:rPr>
          <w:color w:val="00B050"/>
          <w:sz w:val="28"/>
          <w:szCs w:val="28"/>
        </w:rPr>
        <w:t>Nuts (Eat in Moderation)</w:t>
      </w:r>
    </w:p>
    <w:tbl>
      <w:tblPr>
        <w:tblStyle w:val="TableGrid"/>
        <w:tblW w:w="9452" w:type="dxa"/>
        <w:tblInd w:w="360" w:type="dxa"/>
        <w:tblLook w:val="04A0" w:firstRow="1" w:lastRow="0" w:firstColumn="1" w:lastColumn="0" w:noHBand="0" w:noVBand="1"/>
      </w:tblPr>
      <w:tblGrid>
        <w:gridCol w:w="3147"/>
        <w:gridCol w:w="3146"/>
        <w:gridCol w:w="3159"/>
      </w:tblGrid>
      <w:tr w:rsidR="00247E8B" w14:paraId="0E39DC6D" w14:textId="77777777" w:rsidTr="00BE7952">
        <w:trPr>
          <w:trHeight w:val="520"/>
        </w:trPr>
        <w:tc>
          <w:tcPr>
            <w:tcW w:w="3147" w:type="dxa"/>
          </w:tcPr>
          <w:p w14:paraId="4F24A529" w14:textId="77777777" w:rsidR="00247E8B" w:rsidRDefault="00247E8B" w:rsidP="00BE7952">
            <w:pPr>
              <w:pStyle w:val="ListBullet"/>
            </w:pPr>
            <w:r>
              <w:t>Almonds</w:t>
            </w:r>
          </w:p>
        </w:tc>
        <w:tc>
          <w:tcPr>
            <w:tcW w:w="3146" w:type="dxa"/>
          </w:tcPr>
          <w:p w14:paraId="4BE105D5" w14:textId="77777777" w:rsidR="00247E8B" w:rsidRDefault="00247E8B" w:rsidP="00BE7952">
            <w:pPr>
              <w:pStyle w:val="ListBullet"/>
            </w:pPr>
            <w:r>
              <w:t>Pecans</w:t>
            </w:r>
          </w:p>
        </w:tc>
        <w:tc>
          <w:tcPr>
            <w:tcW w:w="3159" w:type="dxa"/>
          </w:tcPr>
          <w:p w14:paraId="12A9915A" w14:textId="77777777" w:rsidR="00247E8B" w:rsidRDefault="00247E8B" w:rsidP="00BE7952">
            <w:pPr>
              <w:pStyle w:val="ListBullet"/>
            </w:pPr>
            <w:r>
              <w:t>Pistachios</w:t>
            </w:r>
          </w:p>
        </w:tc>
      </w:tr>
      <w:tr w:rsidR="00247E8B" w14:paraId="1EC629EF" w14:textId="77777777" w:rsidTr="00BE7952">
        <w:trPr>
          <w:trHeight w:val="520"/>
        </w:trPr>
        <w:tc>
          <w:tcPr>
            <w:tcW w:w="3147" w:type="dxa"/>
          </w:tcPr>
          <w:p w14:paraId="5CC9F3F3" w14:textId="77777777" w:rsidR="00247E8B" w:rsidRDefault="00247E8B" w:rsidP="00BE7952">
            <w:pPr>
              <w:pStyle w:val="ListBullet"/>
            </w:pPr>
            <w:r>
              <w:t>Walnuts</w:t>
            </w:r>
          </w:p>
        </w:tc>
        <w:tc>
          <w:tcPr>
            <w:tcW w:w="3146" w:type="dxa"/>
          </w:tcPr>
          <w:p w14:paraId="4AA08D84" w14:textId="77777777" w:rsidR="00247E8B" w:rsidRDefault="00247E8B" w:rsidP="00BE7952">
            <w:pPr>
              <w:pStyle w:val="ListBullet"/>
            </w:pPr>
            <w:r>
              <w:t>Cashews</w:t>
            </w:r>
          </w:p>
        </w:tc>
        <w:tc>
          <w:tcPr>
            <w:tcW w:w="3159" w:type="dxa"/>
          </w:tcPr>
          <w:p w14:paraId="0C61CB6F" w14:textId="77777777" w:rsidR="00247E8B" w:rsidRDefault="00247E8B" w:rsidP="00BE7952">
            <w:pPr>
              <w:pStyle w:val="ListBullet"/>
            </w:pPr>
            <w:r>
              <w:t>Brazil nuts</w:t>
            </w:r>
          </w:p>
        </w:tc>
      </w:tr>
    </w:tbl>
    <w:p w14:paraId="737A83ED" w14:textId="77777777" w:rsidR="00076967" w:rsidRDefault="00076967" w:rsidP="00247E8B">
      <w:pPr>
        <w:pStyle w:val="Heading3"/>
        <w:jc w:val="center"/>
        <w:rPr>
          <w:sz w:val="28"/>
          <w:szCs w:val="28"/>
        </w:rPr>
      </w:pPr>
    </w:p>
    <w:p w14:paraId="7767BCCA" w14:textId="45CA0DA6" w:rsidR="00247E8B" w:rsidRPr="00861E58" w:rsidRDefault="00247E8B" w:rsidP="00247E8B">
      <w:pPr>
        <w:pStyle w:val="Heading3"/>
        <w:jc w:val="center"/>
        <w:rPr>
          <w:color w:val="00B050"/>
        </w:rPr>
      </w:pPr>
      <w:r w:rsidRPr="00861E58">
        <w:rPr>
          <w:color w:val="00B050"/>
          <w:sz w:val="28"/>
          <w:szCs w:val="28"/>
        </w:rPr>
        <w:t>Natural Drinks</w:t>
      </w:r>
    </w:p>
    <w:tbl>
      <w:tblPr>
        <w:tblStyle w:val="TableGrid"/>
        <w:tblW w:w="9479" w:type="dxa"/>
        <w:tblInd w:w="360" w:type="dxa"/>
        <w:tblLook w:val="04A0" w:firstRow="1" w:lastRow="0" w:firstColumn="1" w:lastColumn="0" w:noHBand="0" w:noVBand="1"/>
      </w:tblPr>
      <w:tblGrid>
        <w:gridCol w:w="1879"/>
        <w:gridCol w:w="1889"/>
        <w:gridCol w:w="1939"/>
        <w:gridCol w:w="1899"/>
        <w:gridCol w:w="1873"/>
      </w:tblGrid>
      <w:tr w:rsidR="00247E8B" w14:paraId="1DD28A35" w14:textId="77777777" w:rsidTr="00BE7952">
        <w:trPr>
          <w:trHeight w:val="1155"/>
        </w:trPr>
        <w:tc>
          <w:tcPr>
            <w:tcW w:w="1879" w:type="dxa"/>
          </w:tcPr>
          <w:p w14:paraId="61C28DFD" w14:textId="77777777" w:rsidR="00247E8B" w:rsidRDefault="00247E8B" w:rsidP="00BE7952">
            <w:pPr>
              <w:pStyle w:val="ListBullet"/>
            </w:pPr>
            <w:r>
              <w:t>Water (best choice)</w:t>
            </w:r>
          </w:p>
          <w:p w14:paraId="7FCDFF71" w14:textId="77777777" w:rsidR="00247E8B" w:rsidRDefault="00247E8B" w:rsidP="00BE7952">
            <w:pPr>
              <w:pStyle w:val="ListBullet"/>
              <w:numPr>
                <w:ilvl w:val="0"/>
                <w:numId w:val="0"/>
              </w:numPr>
            </w:pPr>
          </w:p>
        </w:tc>
        <w:tc>
          <w:tcPr>
            <w:tcW w:w="1889" w:type="dxa"/>
          </w:tcPr>
          <w:p w14:paraId="1CCD9EC5" w14:textId="77777777" w:rsidR="00247E8B" w:rsidRDefault="00247E8B" w:rsidP="00BE7952">
            <w:pPr>
              <w:pStyle w:val="ListBullet"/>
            </w:pPr>
            <w:r>
              <w:t>Lemon water</w:t>
            </w:r>
          </w:p>
          <w:p w14:paraId="1750A3D7" w14:textId="77777777" w:rsidR="00247E8B" w:rsidRDefault="00247E8B" w:rsidP="00BE7952">
            <w:pPr>
              <w:pStyle w:val="ListBullet"/>
              <w:numPr>
                <w:ilvl w:val="0"/>
                <w:numId w:val="0"/>
              </w:numPr>
            </w:pPr>
          </w:p>
        </w:tc>
        <w:tc>
          <w:tcPr>
            <w:tcW w:w="1939" w:type="dxa"/>
          </w:tcPr>
          <w:p w14:paraId="0BAA3265" w14:textId="77777777" w:rsidR="00247E8B" w:rsidRDefault="00247E8B" w:rsidP="00BE7952">
            <w:pPr>
              <w:pStyle w:val="ListBullet"/>
            </w:pPr>
            <w:r>
              <w:t>Cucumber water</w:t>
            </w:r>
          </w:p>
        </w:tc>
        <w:tc>
          <w:tcPr>
            <w:tcW w:w="1899" w:type="dxa"/>
          </w:tcPr>
          <w:p w14:paraId="1B5C0484" w14:textId="77777777" w:rsidR="00247E8B" w:rsidRDefault="00247E8B" w:rsidP="00BE7952">
            <w:pPr>
              <w:pStyle w:val="ListBullet"/>
            </w:pPr>
            <w:r>
              <w:t>Natural fruit juice (100% juice, no added sugar)</w:t>
            </w:r>
          </w:p>
          <w:p w14:paraId="3425FBCB" w14:textId="77777777" w:rsidR="00247E8B" w:rsidRDefault="00247E8B" w:rsidP="00BE7952">
            <w:pPr>
              <w:pStyle w:val="ListBullet"/>
              <w:numPr>
                <w:ilvl w:val="0"/>
                <w:numId w:val="0"/>
              </w:numPr>
            </w:pPr>
          </w:p>
        </w:tc>
        <w:tc>
          <w:tcPr>
            <w:tcW w:w="1873" w:type="dxa"/>
          </w:tcPr>
          <w:p w14:paraId="30396B4C" w14:textId="77777777" w:rsidR="00247E8B" w:rsidRDefault="00247E8B" w:rsidP="00BE7952">
            <w:pPr>
              <w:pStyle w:val="ListBullet"/>
            </w:pPr>
            <w:r>
              <w:t>Fresh vegetable juice</w:t>
            </w:r>
          </w:p>
          <w:p w14:paraId="25D60034" w14:textId="77777777" w:rsidR="00247E8B" w:rsidRDefault="00247E8B" w:rsidP="00BE7952">
            <w:pPr>
              <w:pStyle w:val="ListBullet"/>
              <w:numPr>
                <w:ilvl w:val="0"/>
                <w:numId w:val="0"/>
              </w:numPr>
            </w:pPr>
          </w:p>
        </w:tc>
      </w:tr>
    </w:tbl>
    <w:p w14:paraId="1F2E63D3" w14:textId="77777777" w:rsidR="001143C8" w:rsidRDefault="001143C8" w:rsidP="0075270A">
      <w:pPr>
        <w:pStyle w:val="Heading2"/>
        <w:rPr>
          <w:color w:val="FF0000"/>
          <w:sz w:val="36"/>
          <w:szCs w:val="36"/>
          <w:u w:val="single"/>
        </w:rPr>
      </w:pPr>
    </w:p>
    <w:p w14:paraId="310CD963" w14:textId="58F08BC2" w:rsidR="00247E8B" w:rsidRPr="0075270A" w:rsidRDefault="00247E8B" w:rsidP="0075270A">
      <w:pPr>
        <w:pStyle w:val="Heading2"/>
        <w:rPr>
          <w:color w:val="FF0000"/>
          <w:sz w:val="36"/>
          <w:szCs w:val="36"/>
          <w:u w:val="single"/>
        </w:rPr>
      </w:pPr>
      <w:r w:rsidRPr="0075270A">
        <w:rPr>
          <w:color w:val="FF0000"/>
          <w:sz w:val="36"/>
          <w:szCs w:val="36"/>
          <w:u w:val="single"/>
        </w:rPr>
        <w:t>Foods You MUST Avoid</w:t>
      </w:r>
    </w:p>
    <w:p w14:paraId="54FC8567" w14:textId="77777777" w:rsidR="00247E8B" w:rsidRPr="00AE485E" w:rsidRDefault="00247E8B" w:rsidP="00247E8B">
      <w:pPr>
        <w:pStyle w:val="Heading3"/>
        <w:jc w:val="center"/>
        <w:rPr>
          <w:color w:val="FF0000"/>
          <w:sz w:val="28"/>
          <w:szCs w:val="28"/>
        </w:rPr>
      </w:pPr>
      <w:r w:rsidRPr="00AE485E">
        <w:rPr>
          <w:color w:val="FF0000"/>
          <w:sz w:val="28"/>
          <w:szCs w:val="28"/>
        </w:rPr>
        <w:t>Rice, Grains, and Bread</w:t>
      </w:r>
    </w:p>
    <w:tbl>
      <w:tblPr>
        <w:tblStyle w:val="TableGrid"/>
        <w:tblW w:w="9472" w:type="dxa"/>
        <w:tblInd w:w="360" w:type="dxa"/>
        <w:tblLook w:val="04A0" w:firstRow="1" w:lastRow="0" w:firstColumn="1" w:lastColumn="0" w:noHBand="0" w:noVBand="1"/>
      </w:tblPr>
      <w:tblGrid>
        <w:gridCol w:w="4388"/>
        <w:gridCol w:w="5084"/>
      </w:tblGrid>
      <w:tr w:rsidR="00247E8B" w14:paraId="7F094551" w14:textId="77777777" w:rsidTr="00BE7952">
        <w:trPr>
          <w:trHeight w:val="392"/>
        </w:trPr>
        <w:tc>
          <w:tcPr>
            <w:tcW w:w="4388" w:type="dxa"/>
          </w:tcPr>
          <w:p w14:paraId="7696A378" w14:textId="77777777" w:rsidR="00247E8B" w:rsidRDefault="00247E8B" w:rsidP="00BE7952">
            <w:pPr>
              <w:pStyle w:val="ListBullet"/>
            </w:pPr>
            <w:r>
              <w:t>White rice</w:t>
            </w:r>
          </w:p>
        </w:tc>
        <w:tc>
          <w:tcPr>
            <w:tcW w:w="5084" w:type="dxa"/>
          </w:tcPr>
          <w:p w14:paraId="0C0A37BF" w14:textId="77777777" w:rsidR="00247E8B" w:rsidRDefault="00247E8B" w:rsidP="00BE7952">
            <w:pPr>
              <w:pStyle w:val="ListBullet"/>
            </w:pPr>
            <w:r>
              <w:t>Noodles</w:t>
            </w:r>
          </w:p>
        </w:tc>
      </w:tr>
      <w:tr w:rsidR="00247E8B" w14:paraId="275BB1CE" w14:textId="77777777" w:rsidTr="00BE7952">
        <w:trPr>
          <w:trHeight w:val="392"/>
        </w:trPr>
        <w:tc>
          <w:tcPr>
            <w:tcW w:w="4388" w:type="dxa"/>
          </w:tcPr>
          <w:p w14:paraId="21B537B4" w14:textId="77777777" w:rsidR="00247E8B" w:rsidRDefault="00247E8B" w:rsidP="00BE7952">
            <w:pPr>
              <w:pStyle w:val="ListBullet"/>
            </w:pPr>
            <w:r>
              <w:t>Brown rice</w:t>
            </w:r>
          </w:p>
        </w:tc>
        <w:tc>
          <w:tcPr>
            <w:tcW w:w="5084" w:type="dxa"/>
          </w:tcPr>
          <w:p w14:paraId="4026B0DC" w14:textId="77777777" w:rsidR="00247E8B" w:rsidRDefault="00247E8B" w:rsidP="00BE7952">
            <w:pPr>
              <w:pStyle w:val="ListBullet"/>
              <w:ind w:left="0" w:firstLine="0"/>
            </w:pPr>
            <w:r>
              <w:t>Tortillas</w:t>
            </w:r>
          </w:p>
        </w:tc>
      </w:tr>
      <w:tr w:rsidR="00247E8B" w14:paraId="6392A138" w14:textId="77777777" w:rsidTr="00BE7952">
        <w:trPr>
          <w:trHeight w:val="392"/>
        </w:trPr>
        <w:tc>
          <w:tcPr>
            <w:tcW w:w="4388" w:type="dxa"/>
          </w:tcPr>
          <w:p w14:paraId="03C0E310" w14:textId="77777777" w:rsidR="00247E8B" w:rsidRDefault="00247E8B" w:rsidP="00BE7952">
            <w:pPr>
              <w:pStyle w:val="ListBullet"/>
            </w:pPr>
            <w:r>
              <w:t>Bread</w:t>
            </w:r>
          </w:p>
        </w:tc>
        <w:tc>
          <w:tcPr>
            <w:tcW w:w="5084" w:type="dxa"/>
          </w:tcPr>
          <w:p w14:paraId="19D38B45" w14:textId="77777777" w:rsidR="00247E8B" w:rsidRDefault="00247E8B" w:rsidP="00BE7952">
            <w:pPr>
              <w:pStyle w:val="ListBullet"/>
            </w:pPr>
            <w:r>
              <w:t>Oatmeal</w:t>
            </w:r>
          </w:p>
        </w:tc>
      </w:tr>
      <w:tr w:rsidR="00247E8B" w14:paraId="37428364" w14:textId="77777777" w:rsidTr="00BE7952">
        <w:trPr>
          <w:trHeight w:val="392"/>
        </w:trPr>
        <w:tc>
          <w:tcPr>
            <w:tcW w:w="4388" w:type="dxa"/>
          </w:tcPr>
          <w:p w14:paraId="0B3FC24E" w14:textId="77777777" w:rsidR="00247E8B" w:rsidRDefault="00247E8B" w:rsidP="00BE7952">
            <w:pPr>
              <w:pStyle w:val="ListBullet"/>
            </w:pPr>
            <w:r>
              <w:t>Rolls</w:t>
            </w:r>
          </w:p>
        </w:tc>
        <w:tc>
          <w:tcPr>
            <w:tcW w:w="5084" w:type="dxa"/>
          </w:tcPr>
          <w:p w14:paraId="280DDF76" w14:textId="77777777" w:rsidR="00247E8B" w:rsidRDefault="00247E8B" w:rsidP="00BE7952">
            <w:pPr>
              <w:pStyle w:val="ListBullet"/>
            </w:pPr>
            <w:r>
              <w:t>Cereals</w:t>
            </w:r>
          </w:p>
        </w:tc>
      </w:tr>
      <w:tr w:rsidR="00247E8B" w14:paraId="1BB797A1" w14:textId="77777777" w:rsidTr="00BE7952">
        <w:trPr>
          <w:trHeight w:val="392"/>
        </w:trPr>
        <w:tc>
          <w:tcPr>
            <w:tcW w:w="4388" w:type="dxa"/>
          </w:tcPr>
          <w:p w14:paraId="0DB75EC9" w14:textId="77777777" w:rsidR="00247E8B" w:rsidRDefault="00247E8B" w:rsidP="00BE7952">
            <w:pPr>
              <w:pStyle w:val="ListBullet"/>
              <w:ind w:left="0" w:firstLine="0"/>
            </w:pPr>
            <w:r>
              <w:t>Pasta</w:t>
            </w:r>
          </w:p>
        </w:tc>
        <w:tc>
          <w:tcPr>
            <w:tcW w:w="5084" w:type="dxa"/>
          </w:tcPr>
          <w:p w14:paraId="4EBBF51F" w14:textId="77777777" w:rsidR="00247E8B" w:rsidRDefault="00247E8B" w:rsidP="00BE7952">
            <w:pPr>
              <w:pStyle w:val="ListBullet"/>
            </w:pPr>
            <w:r>
              <w:t>Crackers</w:t>
            </w:r>
          </w:p>
        </w:tc>
      </w:tr>
    </w:tbl>
    <w:p w14:paraId="6D40CE82" w14:textId="77777777" w:rsidR="00247E8B" w:rsidRDefault="00247E8B" w:rsidP="00247E8B">
      <w:pPr>
        <w:pStyle w:val="ListBullet"/>
        <w:numPr>
          <w:ilvl w:val="0"/>
          <w:numId w:val="0"/>
        </w:numPr>
        <w:ind w:left="360"/>
      </w:pPr>
    </w:p>
    <w:p w14:paraId="6A3F34F4" w14:textId="2B111157" w:rsidR="00247E8B" w:rsidRPr="00AE485E" w:rsidRDefault="00500121" w:rsidP="00247E8B">
      <w:pPr>
        <w:pStyle w:val="Heading3"/>
        <w:jc w:val="center"/>
        <w:rPr>
          <w:color w:val="FF0000"/>
          <w:sz w:val="28"/>
          <w:szCs w:val="28"/>
        </w:rPr>
      </w:pPr>
      <w:r>
        <w:rPr>
          <w:color w:val="FF0000"/>
          <w:sz w:val="28"/>
          <w:szCs w:val="28"/>
        </w:rPr>
        <w:t xml:space="preserve">ALL MEATS </w:t>
      </w:r>
    </w:p>
    <w:tbl>
      <w:tblPr>
        <w:tblStyle w:val="TableGrid"/>
        <w:tblW w:w="9521" w:type="dxa"/>
        <w:tblInd w:w="360" w:type="dxa"/>
        <w:tblLook w:val="04A0" w:firstRow="1" w:lastRow="0" w:firstColumn="1" w:lastColumn="0" w:noHBand="0" w:noVBand="1"/>
      </w:tblPr>
      <w:tblGrid>
        <w:gridCol w:w="2373"/>
        <w:gridCol w:w="2393"/>
        <w:gridCol w:w="2368"/>
        <w:gridCol w:w="2387"/>
      </w:tblGrid>
      <w:tr w:rsidR="00247E8B" w14:paraId="0F60A6C4" w14:textId="77777777" w:rsidTr="00BE7952">
        <w:trPr>
          <w:trHeight w:val="467"/>
        </w:trPr>
        <w:tc>
          <w:tcPr>
            <w:tcW w:w="2373" w:type="dxa"/>
          </w:tcPr>
          <w:p w14:paraId="15DF6BDB" w14:textId="77777777" w:rsidR="00247E8B" w:rsidRDefault="00247E8B" w:rsidP="00BE7952">
            <w:pPr>
              <w:pStyle w:val="ListBullet"/>
            </w:pPr>
            <w:r>
              <w:t>Bacon</w:t>
            </w:r>
          </w:p>
        </w:tc>
        <w:tc>
          <w:tcPr>
            <w:tcW w:w="2393" w:type="dxa"/>
          </w:tcPr>
          <w:p w14:paraId="373963A9" w14:textId="77777777" w:rsidR="00247E8B" w:rsidRDefault="00247E8B" w:rsidP="00BE7952">
            <w:pPr>
              <w:pStyle w:val="ListBullet"/>
            </w:pPr>
            <w:r>
              <w:t>Pork chops</w:t>
            </w:r>
          </w:p>
        </w:tc>
        <w:tc>
          <w:tcPr>
            <w:tcW w:w="2368" w:type="dxa"/>
          </w:tcPr>
          <w:p w14:paraId="2FB11F97" w14:textId="77777777" w:rsidR="00247E8B" w:rsidRDefault="00247E8B" w:rsidP="00BE7952">
            <w:pPr>
              <w:pStyle w:val="ListBullet"/>
            </w:pPr>
            <w:r>
              <w:t>Hot dogs</w:t>
            </w:r>
          </w:p>
        </w:tc>
        <w:tc>
          <w:tcPr>
            <w:tcW w:w="2387" w:type="dxa"/>
          </w:tcPr>
          <w:p w14:paraId="3915AB7D" w14:textId="77777777" w:rsidR="00247E8B" w:rsidRDefault="00247E8B" w:rsidP="00BE7952">
            <w:pPr>
              <w:pStyle w:val="ListBullet"/>
            </w:pPr>
            <w:r>
              <w:t>Ground beef</w:t>
            </w:r>
          </w:p>
        </w:tc>
      </w:tr>
      <w:tr w:rsidR="00247E8B" w14:paraId="79DAD6CE" w14:textId="77777777" w:rsidTr="00BE7952">
        <w:trPr>
          <w:trHeight w:val="467"/>
        </w:trPr>
        <w:tc>
          <w:tcPr>
            <w:tcW w:w="2373" w:type="dxa"/>
          </w:tcPr>
          <w:p w14:paraId="09EA6434" w14:textId="77777777" w:rsidR="00247E8B" w:rsidRDefault="00247E8B" w:rsidP="00BE7952">
            <w:pPr>
              <w:pStyle w:val="ListBullet"/>
            </w:pPr>
            <w:r>
              <w:t>Ham</w:t>
            </w:r>
          </w:p>
        </w:tc>
        <w:tc>
          <w:tcPr>
            <w:tcW w:w="2393" w:type="dxa"/>
          </w:tcPr>
          <w:p w14:paraId="0012DECF" w14:textId="6CADF5BD" w:rsidR="00247E8B" w:rsidRDefault="00247E8B" w:rsidP="00BE7952">
            <w:pPr>
              <w:pStyle w:val="ListBullet"/>
            </w:pPr>
            <w:r>
              <w:t>S</w:t>
            </w:r>
            <w:r w:rsidR="006D3808">
              <w:t>eafood</w:t>
            </w:r>
          </w:p>
        </w:tc>
        <w:tc>
          <w:tcPr>
            <w:tcW w:w="2368" w:type="dxa"/>
          </w:tcPr>
          <w:p w14:paraId="6EFA5C5A" w14:textId="77777777" w:rsidR="00247E8B" w:rsidRDefault="00247E8B" w:rsidP="00BE7952">
            <w:pPr>
              <w:pStyle w:val="ListBullet"/>
            </w:pPr>
            <w:r>
              <w:t>Steak</w:t>
            </w:r>
          </w:p>
        </w:tc>
        <w:tc>
          <w:tcPr>
            <w:tcW w:w="2387" w:type="dxa"/>
          </w:tcPr>
          <w:p w14:paraId="15B5C888" w14:textId="2C4400BF" w:rsidR="00247E8B" w:rsidRDefault="006D3808" w:rsidP="00BE7952">
            <w:pPr>
              <w:pStyle w:val="ListBullet"/>
            </w:pPr>
            <w:r>
              <w:t>Chicken</w:t>
            </w:r>
          </w:p>
        </w:tc>
      </w:tr>
    </w:tbl>
    <w:p w14:paraId="5B6F8F06" w14:textId="77777777" w:rsidR="00247E8B" w:rsidRDefault="00247E8B" w:rsidP="00247E8B">
      <w:pPr>
        <w:pStyle w:val="Heading3"/>
        <w:jc w:val="center"/>
      </w:pPr>
      <w:r>
        <w:t xml:space="preserve"> </w:t>
      </w:r>
      <w:r w:rsidRPr="00384E26">
        <w:rPr>
          <w:color w:val="FF0000"/>
          <w:sz w:val="28"/>
          <w:szCs w:val="28"/>
        </w:rPr>
        <w:t>Sweets and Desserts</w:t>
      </w:r>
    </w:p>
    <w:tbl>
      <w:tblPr>
        <w:tblStyle w:val="TableGrid"/>
        <w:tblW w:w="9473" w:type="dxa"/>
        <w:tblInd w:w="360" w:type="dxa"/>
        <w:tblLook w:val="04A0" w:firstRow="1" w:lastRow="0" w:firstColumn="1" w:lastColumn="0" w:noHBand="0" w:noVBand="1"/>
      </w:tblPr>
      <w:tblGrid>
        <w:gridCol w:w="2373"/>
        <w:gridCol w:w="2346"/>
        <w:gridCol w:w="2386"/>
        <w:gridCol w:w="2368"/>
      </w:tblGrid>
      <w:tr w:rsidR="00247E8B" w14:paraId="5F1CCFC2" w14:textId="77777777" w:rsidTr="00BE7952">
        <w:trPr>
          <w:trHeight w:val="573"/>
        </w:trPr>
        <w:tc>
          <w:tcPr>
            <w:tcW w:w="2373" w:type="dxa"/>
          </w:tcPr>
          <w:p w14:paraId="61CED27D" w14:textId="77777777" w:rsidR="00247E8B" w:rsidRDefault="00247E8B" w:rsidP="00BE7952">
            <w:pPr>
              <w:pStyle w:val="ListBullet"/>
            </w:pPr>
            <w:r>
              <w:t>Candy</w:t>
            </w:r>
          </w:p>
        </w:tc>
        <w:tc>
          <w:tcPr>
            <w:tcW w:w="2346" w:type="dxa"/>
          </w:tcPr>
          <w:p w14:paraId="566DE22C" w14:textId="77777777" w:rsidR="00247E8B" w:rsidRDefault="00247E8B" w:rsidP="00BE7952">
            <w:pPr>
              <w:pStyle w:val="ListBullet"/>
              <w:ind w:left="0" w:firstLine="0"/>
            </w:pPr>
            <w:r>
              <w:t>Cakes</w:t>
            </w:r>
          </w:p>
        </w:tc>
        <w:tc>
          <w:tcPr>
            <w:tcW w:w="2386" w:type="dxa"/>
          </w:tcPr>
          <w:p w14:paraId="508A86E1" w14:textId="77777777" w:rsidR="00247E8B" w:rsidRDefault="00247E8B" w:rsidP="00BE7952">
            <w:pPr>
              <w:pStyle w:val="ListBullet"/>
            </w:pPr>
            <w:r>
              <w:t>Ice cream</w:t>
            </w:r>
          </w:p>
        </w:tc>
        <w:tc>
          <w:tcPr>
            <w:tcW w:w="2368" w:type="dxa"/>
          </w:tcPr>
          <w:p w14:paraId="6D6537DB" w14:textId="77777777" w:rsidR="00247E8B" w:rsidRDefault="00247E8B" w:rsidP="00BE7952">
            <w:pPr>
              <w:pStyle w:val="ListBullet"/>
            </w:pPr>
            <w:r>
              <w:t>Brownies</w:t>
            </w:r>
          </w:p>
        </w:tc>
      </w:tr>
      <w:tr w:rsidR="00247E8B" w14:paraId="7416D8F0" w14:textId="77777777" w:rsidTr="00BE7952">
        <w:trPr>
          <w:trHeight w:val="573"/>
        </w:trPr>
        <w:tc>
          <w:tcPr>
            <w:tcW w:w="2373" w:type="dxa"/>
          </w:tcPr>
          <w:p w14:paraId="6F5B2169" w14:textId="77777777" w:rsidR="00247E8B" w:rsidRDefault="00247E8B" w:rsidP="00BE7952">
            <w:pPr>
              <w:pStyle w:val="ListBullet"/>
            </w:pPr>
            <w:r>
              <w:t>Chocolate</w:t>
            </w:r>
          </w:p>
        </w:tc>
        <w:tc>
          <w:tcPr>
            <w:tcW w:w="2346" w:type="dxa"/>
          </w:tcPr>
          <w:p w14:paraId="161DB47B" w14:textId="77777777" w:rsidR="00247E8B" w:rsidRDefault="00247E8B" w:rsidP="00BE7952">
            <w:pPr>
              <w:pStyle w:val="ListBullet"/>
            </w:pPr>
            <w:r>
              <w:t>Cookies</w:t>
            </w:r>
          </w:p>
        </w:tc>
        <w:tc>
          <w:tcPr>
            <w:tcW w:w="2386" w:type="dxa"/>
          </w:tcPr>
          <w:p w14:paraId="0CA18590" w14:textId="77777777" w:rsidR="00247E8B" w:rsidRDefault="00247E8B" w:rsidP="00BE7952">
            <w:pPr>
              <w:pStyle w:val="ListBullet"/>
            </w:pPr>
            <w:r>
              <w:t>Doughnuts</w:t>
            </w:r>
          </w:p>
        </w:tc>
        <w:tc>
          <w:tcPr>
            <w:tcW w:w="2368" w:type="dxa"/>
          </w:tcPr>
          <w:p w14:paraId="2B8DA59A" w14:textId="77777777" w:rsidR="00247E8B" w:rsidRDefault="00247E8B" w:rsidP="00BE7952">
            <w:pPr>
              <w:pStyle w:val="ListBullet"/>
            </w:pPr>
            <w:r>
              <w:t>Sweet pastries</w:t>
            </w:r>
          </w:p>
        </w:tc>
      </w:tr>
    </w:tbl>
    <w:p w14:paraId="2B8D60C8" w14:textId="77777777" w:rsidR="00247E8B" w:rsidRDefault="00247E8B" w:rsidP="00247E8B">
      <w:pPr>
        <w:pStyle w:val="ListBullet"/>
        <w:numPr>
          <w:ilvl w:val="0"/>
          <w:numId w:val="0"/>
        </w:numPr>
        <w:ind w:left="360"/>
      </w:pPr>
    </w:p>
    <w:p w14:paraId="69C69A37" w14:textId="77777777" w:rsidR="00247E8B" w:rsidRDefault="00247E8B" w:rsidP="00247E8B">
      <w:pPr>
        <w:pStyle w:val="Heading3"/>
        <w:jc w:val="center"/>
      </w:pPr>
      <w:r w:rsidRPr="00384E26">
        <w:rPr>
          <w:color w:val="FF0000"/>
          <w:sz w:val="28"/>
          <w:szCs w:val="28"/>
        </w:rPr>
        <w:t>Fried Foods</w:t>
      </w:r>
    </w:p>
    <w:tbl>
      <w:tblPr>
        <w:tblStyle w:val="TableGrid"/>
        <w:tblW w:w="9544" w:type="dxa"/>
        <w:tblInd w:w="360" w:type="dxa"/>
        <w:tblLook w:val="04A0" w:firstRow="1" w:lastRow="0" w:firstColumn="1" w:lastColumn="0" w:noHBand="0" w:noVBand="1"/>
      </w:tblPr>
      <w:tblGrid>
        <w:gridCol w:w="1697"/>
        <w:gridCol w:w="1611"/>
        <w:gridCol w:w="1611"/>
        <w:gridCol w:w="1648"/>
        <w:gridCol w:w="1612"/>
        <w:gridCol w:w="1365"/>
      </w:tblGrid>
      <w:tr w:rsidR="00247E8B" w14:paraId="28CBDA45" w14:textId="77777777" w:rsidTr="00BE7952">
        <w:trPr>
          <w:trHeight w:val="1138"/>
        </w:trPr>
        <w:tc>
          <w:tcPr>
            <w:tcW w:w="1697" w:type="dxa"/>
          </w:tcPr>
          <w:p w14:paraId="03172DB7" w14:textId="77777777" w:rsidR="00247E8B" w:rsidRDefault="00247E8B" w:rsidP="00BE7952">
            <w:pPr>
              <w:pStyle w:val="ListBullet"/>
            </w:pPr>
            <w:r>
              <w:t>French fries</w:t>
            </w:r>
          </w:p>
        </w:tc>
        <w:tc>
          <w:tcPr>
            <w:tcW w:w="1611" w:type="dxa"/>
          </w:tcPr>
          <w:p w14:paraId="2B417104" w14:textId="77777777" w:rsidR="00247E8B" w:rsidRDefault="00247E8B" w:rsidP="00BE7952">
            <w:pPr>
              <w:pStyle w:val="ListBullet"/>
            </w:pPr>
            <w:r>
              <w:t>Fried chicken</w:t>
            </w:r>
          </w:p>
        </w:tc>
        <w:tc>
          <w:tcPr>
            <w:tcW w:w="1611" w:type="dxa"/>
          </w:tcPr>
          <w:p w14:paraId="08996E64" w14:textId="77777777" w:rsidR="00247E8B" w:rsidRDefault="00247E8B" w:rsidP="00BE7952">
            <w:pPr>
              <w:pStyle w:val="ListBullet"/>
            </w:pPr>
            <w:r>
              <w:t>Fried fish</w:t>
            </w:r>
          </w:p>
        </w:tc>
        <w:tc>
          <w:tcPr>
            <w:tcW w:w="1648" w:type="dxa"/>
          </w:tcPr>
          <w:p w14:paraId="012CA4D5" w14:textId="77777777" w:rsidR="00247E8B" w:rsidRDefault="00247E8B" w:rsidP="00BE7952">
            <w:pPr>
              <w:pStyle w:val="ListBullet"/>
            </w:pPr>
            <w:r>
              <w:t>Onion rings</w:t>
            </w:r>
          </w:p>
        </w:tc>
        <w:tc>
          <w:tcPr>
            <w:tcW w:w="1612" w:type="dxa"/>
          </w:tcPr>
          <w:p w14:paraId="28BC4331" w14:textId="77777777" w:rsidR="00247E8B" w:rsidRDefault="00247E8B" w:rsidP="00BE7952">
            <w:pPr>
              <w:pStyle w:val="ListBullet"/>
            </w:pPr>
            <w:r>
              <w:t>Fried shrimp</w:t>
            </w:r>
          </w:p>
        </w:tc>
        <w:tc>
          <w:tcPr>
            <w:tcW w:w="1365" w:type="dxa"/>
          </w:tcPr>
          <w:p w14:paraId="596A710A" w14:textId="77777777" w:rsidR="00247E8B" w:rsidRDefault="00247E8B" w:rsidP="00BE7952">
            <w:pPr>
              <w:pStyle w:val="ListBullet"/>
            </w:pPr>
            <w:r>
              <w:t>Fried vegetables</w:t>
            </w:r>
          </w:p>
          <w:p w14:paraId="637F617D" w14:textId="77777777" w:rsidR="00247E8B" w:rsidRDefault="00247E8B" w:rsidP="00BE7952">
            <w:pPr>
              <w:pStyle w:val="ListBullet"/>
              <w:numPr>
                <w:ilvl w:val="0"/>
                <w:numId w:val="0"/>
              </w:numPr>
            </w:pPr>
          </w:p>
        </w:tc>
      </w:tr>
    </w:tbl>
    <w:p w14:paraId="2F814516" w14:textId="77777777" w:rsidR="00247E8B" w:rsidRDefault="00247E8B" w:rsidP="00247E8B">
      <w:pPr>
        <w:pStyle w:val="Heading3"/>
        <w:jc w:val="center"/>
      </w:pPr>
      <w:r w:rsidRPr="00384E26">
        <w:rPr>
          <w:color w:val="FF0000"/>
          <w:sz w:val="28"/>
          <w:szCs w:val="28"/>
        </w:rPr>
        <w:t>Dairy Products</w:t>
      </w:r>
    </w:p>
    <w:tbl>
      <w:tblPr>
        <w:tblStyle w:val="TableGrid"/>
        <w:tblW w:w="9461" w:type="dxa"/>
        <w:tblInd w:w="360" w:type="dxa"/>
        <w:tblLook w:val="04A0" w:firstRow="1" w:lastRow="0" w:firstColumn="1" w:lastColumn="0" w:noHBand="0" w:noVBand="1"/>
      </w:tblPr>
      <w:tblGrid>
        <w:gridCol w:w="1315"/>
        <w:gridCol w:w="1400"/>
        <w:gridCol w:w="1391"/>
        <w:gridCol w:w="1268"/>
        <w:gridCol w:w="1383"/>
        <w:gridCol w:w="1380"/>
        <w:gridCol w:w="1324"/>
      </w:tblGrid>
      <w:tr w:rsidR="00247E8B" w14:paraId="163043D1" w14:textId="77777777" w:rsidTr="00BE7952">
        <w:trPr>
          <w:trHeight w:val="760"/>
        </w:trPr>
        <w:tc>
          <w:tcPr>
            <w:tcW w:w="1315" w:type="dxa"/>
          </w:tcPr>
          <w:p w14:paraId="0D44236E" w14:textId="77777777" w:rsidR="00247E8B" w:rsidRDefault="00247E8B" w:rsidP="00BE7952">
            <w:pPr>
              <w:pStyle w:val="ListBullet"/>
            </w:pPr>
            <w:r>
              <w:t>Milk</w:t>
            </w:r>
          </w:p>
          <w:p w14:paraId="0A0FDC8D" w14:textId="77777777" w:rsidR="00247E8B" w:rsidRDefault="00247E8B" w:rsidP="00BE7952">
            <w:pPr>
              <w:pStyle w:val="ListBullet"/>
              <w:numPr>
                <w:ilvl w:val="0"/>
                <w:numId w:val="0"/>
              </w:numPr>
            </w:pPr>
          </w:p>
        </w:tc>
        <w:tc>
          <w:tcPr>
            <w:tcW w:w="1400" w:type="dxa"/>
          </w:tcPr>
          <w:p w14:paraId="1D8CB96F" w14:textId="77777777" w:rsidR="00247E8B" w:rsidRDefault="00247E8B" w:rsidP="00BE7952">
            <w:pPr>
              <w:pStyle w:val="ListBullet"/>
            </w:pPr>
            <w:r>
              <w:t>Cheese</w:t>
            </w:r>
          </w:p>
          <w:p w14:paraId="3AB2913F" w14:textId="77777777" w:rsidR="00247E8B" w:rsidRDefault="00247E8B" w:rsidP="00BE7952">
            <w:pPr>
              <w:pStyle w:val="ListBullet"/>
              <w:numPr>
                <w:ilvl w:val="0"/>
                <w:numId w:val="0"/>
              </w:numPr>
            </w:pPr>
          </w:p>
        </w:tc>
        <w:tc>
          <w:tcPr>
            <w:tcW w:w="1391" w:type="dxa"/>
          </w:tcPr>
          <w:p w14:paraId="6F7AE105" w14:textId="77777777" w:rsidR="00247E8B" w:rsidRDefault="00247E8B" w:rsidP="00BE7952">
            <w:pPr>
              <w:pStyle w:val="ListBullet"/>
            </w:pPr>
            <w:r>
              <w:t>Yogurt</w:t>
            </w:r>
          </w:p>
          <w:p w14:paraId="5817736D" w14:textId="77777777" w:rsidR="00247E8B" w:rsidRDefault="00247E8B" w:rsidP="00BE7952">
            <w:pPr>
              <w:pStyle w:val="ListBullet"/>
              <w:numPr>
                <w:ilvl w:val="0"/>
                <w:numId w:val="0"/>
              </w:numPr>
            </w:pPr>
          </w:p>
        </w:tc>
        <w:tc>
          <w:tcPr>
            <w:tcW w:w="1268" w:type="dxa"/>
          </w:tcPr>
          <w:p w14:paraId="16B40B1F" w14:textId="77777777" w:rsidR="00247E8B" w:rsidRDefault="00247E8B" w:rsidP="00BE7952">
            <w:pPr>
              <w:pStyle w:val="ListBullet"/>
            </w:pPr>
            <w:r>
              <w:t>Ice cream</w:t>
            </w:r>
          </w:p>
        </w:tc>
        <w:tc>
          <w:tcPr>
            <w:tcW w:w="1383" w:type="dxa"/>
          </w:tcPr>
          <w:p w14:paraId="141B54AB" w14:textId="77777777" w:rsidR="00247E8B" w:rsidRDefault="00247E8B" w:rsidP="00BE7952">
            <w:pPr>
              <w:pStyle w:val="ListBullet"/>
            </w:pPr>
            <w:r>
              <w:t>Cream</w:t>
            </w:r>
          </w:p>
        </w:tc>
        <w:tc>
          <w:tcPr>
            <w:tcW w:w="1380" w:type="dxa"/>
          </w:tcPr>
          <w:p w14:paraId="778BE4A2" w14:textId="77777777" w:rsidR="00247E8B" w:rsidRDefault="00247E8B" w:rsidP="00BE7952">
            <w:pPr>
              <w:pStyle w:val="ListBullet"/>
            </w:pPr>
            <w:r>
              <w:t>Butter</w:t>
            </w:r>
          </w:p>
          <w:p w14:paraId="4CCF03C0" w14:textId="77777777" w:rsidR="00247E8B" w:rsidRDefault="00247E8B" w:rsidP="00BE7952">
            <w:pPr>
              <w:pStyle w:val="ListBullet"/>
              <w:numPr>
                <w:ilvl w:val="0"/>
                <w:numId w:val="0"/>
              </w:numPr>
            </w:pPr>
          </w:p>
        </w:tc>
        <w:tc>
          <w:tcPr>
            <w:tcW w:w="1324" w:type="dxa"/>
          </w:tcPr>
          <w:p w14:paraId="3CCFC1FB" w14:textId="77777777" w:rsidR="00247E8B" w:rsidRDefault="00247E8B" w:rsidP="00BE7952">
            <w:pPr>
              <w:pStyle w:val="ListBullet"/>
            </w:pPr>
            <w:r>
              <w:t>Sour cream</w:t>
            </w:r>
          </w:p>
          <w:p w14:paraId="09517CE0" w14:textId="77777777" w:rsidR="00247E8B" w:rsidRDefault="00247E8B" w:rsidP="00BE7952">
            <w:pPr>
              <w:pStyle w:val="ListBullet"/>
              <w:numPr>
                <w:ilvl w:val="0"/>
                <w:numId w:val="0"/>
              </w:numPr>
            </w:pPr>
          </w:p>
        </w:tc>
      </w:tr>
    </w:tbl>
    <w:p w14:paraId="54A6635E" w14:textId="77777777" w:rsidR="00247E8B" w:rsidRPr="00384E26" w:rsidRDefault="00247E8B" w:rsidP="00247E8B">
      <w:pPr>
        <w:pStyle w:val="Heading3"/>
        <w:jc w:val="center"/>
        <w:rPr>
          <w:color w:val="FF0000"/>
          <w:sz w:val="28"/>
          <w:szCs w:val="28"/>
        </w:rPr>
      </w:pPr>
      <w:r w:rsidRPr="00384E26">
        <w:rPr>
          <w:color w:val="FF0000"/>
          <w:sz w:val="28"/>
          <w:szCs w:val="28"/>
        </w:rPr>
        <w:t>Soda, Caffeine, and Sports Drinks</w:t>
      </w:r>
    </w:p>
    <w:tbl>
      <w:tblPr>
        <w:tblStyle w:val="TableGrid"/>
        <w:tblW w:w="9582" w:type="dxa"/>
        <w:tblInd w:w="360" w:type="dxa"/>
        <w:tblLook w:val="04A0" w:firstRow="1" w:lastRow="0" w:firstColumn="1" w:lastColumn="0" w:noHBand="0" w:noVBand="1"/>
      </w:tblPr>
      <w:tblGrid>
        <w:gridCol w:w="1166"/>
        <w:gridCol w:w="1192"/>
        <w:gridCol w:w="1189"/>
        <w:gridCol w:w="1403"/>
        <w:gridCol w:w="1719"/>
        <w:gridCol w:w="1621"/>
        <w:gridCol w:w="1292"/>
      </w:tblGrid>
      <w:tr w:rsidR="00247E8B" w14:paraId="6D77777A" w14:textId="77777777" w:rsidTr="00BE7952">
        <w:trPr>
          <w:trHeight w:val="829"/>
        </w:trPr>
        <w:tc>
          <w:tcPr>
            <w:tcW w:w="1166" w:type="dxa"/>
          </w:tcPr>
          <w:p w14:paraId="0E3F0111" w14:textId="77777777" w:rsidR="00247E8B" w:rsidRDefault="00247E8B" w:rsidP="00BE7952">
            <w:pPr>
              <w:pStyle w:val="ListBullet"/>
            </w:pPr>
            <w:r>
              <w:t>Soda</w:t>
            </w:r>
          </w:p>
          <w:p w14:paraId="22189C94" w14:textId="77777777" w:rsidR="00247E8B" w:rsidRDefault="00247E8B" w:rsidP="00BE7952">
            <w:pPr>
              <w:pStyle w:val="ListBullet"/>
              <w:numPr>
                <w:ilvl w:val="0"/>
                <w:numId w:val="0"/>
              </w:numPr>
            </w:pPr>
          </w:p>
        </w:tc>
        <w:tc>
          <w:tcPr>
            <w:tcW w:w="1192" w:type="dxa"/>
          </w:tcPr>
          <w:p w14:paraId="253BA479" w14:textId="77777777" w:rsidR="00247E8B" w:rsidRDefault="00247E8B" w:rsidP="00BE7952">
            <w:pPr>
              <w:pStyle w:val="ListBullet"/>
            </w:pPr>
            <w:r>
              <w:t>Soft drinks</w:t>
            </w:r>
          </w:p>
        </w:tc>
        <w:tc>
          <w:tcPr>
            <w:tcW w:w="1189" w:type="dxa"/>
          </w:tcPr>
          <w:p w14:paraId="7C216D1A" w14:textId="77777777" w:rsidR="00247E8B" w:rsidRDefault="00247E8B" w:rsidP="00BE7952">
            <w:pPr>
              <w:pStyle w:val="ListBullet"/>
            </w:pPr>
            <w:r>
              <w:t>Coffee</w:t>
            </w:r>
          </w:p>
          <w:p w14:paraId="296372A9" w14:textId="77777777" w:rsidR="00247E8B" w:rsidRDefault="00247E8B" w:rsidP="00BE7952">
            <w:pPr>
              <w:pStyle w:val="ListBullet"/>
              <w:numPr>
                <w:ilvl w:val="0"/>
                <w:numId w:val="0"/>
              </w:numPr>
            </w:pPr>
          </w:p>
        </w:tc>
        <w:tc>
          <w:tcPr>
            <w:tcW w:w="1403" w:type="dxa"/>
          </w:tcPr>
          <w:p w14:paraId="67328CBE" w14:textId="77777777" w:rsidR="00247E8B" w:rsidRDefault="00247E8B" w:rsidP="00BE7952">
            <w:pPr>
              <w:pStyle w:val="ListBullet"/>
            </w:pPr>
            <w:r>
              <w:t>Energy drinks</w:t>
            </w:r>
          </w:p>
        </w:tc>
        <w:tc>
          <w:tcPr>
            <w:tcW w:w="1719" w:type="dxa"/>
          </w:tcPr>
          <w:p w14:paraId="194E3C94" w14:textId="77777777" w:rsidR="00247E8B" w:rsidRDefault="00247E8B" w:rsidP="00BE7952">
            <w:pPr>
              <w:pStyle w:val="ListBullet"/>
            </w:pPr>
            <w:r>
              <w:t>Powerade</w:t>
            </w:r>
          </w:p>
          <w:p w14:paraId="6976AE4A" w14:textId="77777777" w:rsidR="00247E8B" w:rsidRDefault="00247E8B" w:rsidP="00BE7952">
            <w:pPr>
              <w:pStyle w:val="ListBullet"/>
              <w:numPr>
                <w:ilvl w:val="0"/>
                <w:numId w:val="0"/>
              </w:numPr>
            </w:pPr>
          </w:p>
        </w:tc>
        <w:tc>
          <w:tcPr>
            <w:tcW w:w="1621" w:type="dxa"/>
          </w:tcPr>
          <w:p w14:paraId="09093363" w14:textId="77777777" w:rsidR="00247E8B" w:rsidRDefault="00247E8B" w:rsidP="00BE7952">
            <w:pPr>
              <w:pStyle w:val="ListBullet"/>
            </w:pPr>
            <w:r>
              <w:t>Gatorade</w:t>
            </w:r>
          </w:p>
        </w:tc>
        <w:tc>
          <w:tcPr>
            <w:tcW w:w="1292" w:type="dxa"/>
          </w:tcPr>
          <w:p w14:paraId="41052306" w14:textId="77777777" w:rsidR="00247E8B" w:rsidRDefault="00247E8B" w:rsidP="00BE7952">
            <w:pPr>
              <w:pStyle w:val="ListBullet"/>
            </w:pPr>
            <w:r>
              <w:t>Sweet tea</w:t>
            </w:r>
          </w:p>
          <w:p w14:paraId="7D1D70A5" w14:textId="77777777" w:rsidR="00247E8B" w:rsidRDefault="00247E8B" w:rsidP="00BE7952">
            <w:pPr>
              <w:pStyle w:val="ListBullet"/>
              <w:numPr>
                <w:ilvl w:val="0"/>
                <w:numId w:val="0"/>
              </w:numPr>
            </w:pPr>
          </w:p>
        </w:tc>
      </w:tr>
    </w:tbl>
    <w:p w14:paraId="1B2F882C" w14:textId="77777777" w:rsidR="00247E8B" w:rsidRDefault="00247E8B" w:rsidP="00247E8B">
      <w:pPr>
        <w:pStyle w:val="Heading3"/>
        <w:jc w:val="center"/>
      </w:pPr>
      <w:r>
        <w:t xml:space="preserve"> </w:t>
      </w:r>
      <w:r w:rsidRPr="008D320B">
        <w:rPr>
          <w:color w:val="FF0000"/>
          <w:sz w:val="28"/>
          <w:szCs w:val="28"/>
        </w:rPr>
        <w:t>Sugar and Sugar Additives</w:t>
      </w:r>
    </w:p>
    <w:tbl>
      <w:tblPr>
        <w:tblStyle w:val="TableGrid"/>
        <w:tblW w:w="9723" w:type="dxa"/>
        <w:tblInd w:w="360" w:type="dxa"/>
        <w:tblLook w:val="04A0" w:firstRow="1" w:lastRow="0" w:firstColumn="1" w:lastColumn="0" w:noHBand="0" w:noVBand="1"/>
      </w:tblPr>
      <w:tblGrid>
        <w:gridCol w:w="1910"/>
        <w:gridCol w:w="1924"/>
        <w:gridCol w:w="1931"/>
        <w:gridCol w:w="1960"/>
        <w:gridCol w:w="1998"/>
      </w:tblGrid>
      <w:tr w:rsidR="00247E8B" w14:paraId="204CF2CA" w14:textId="77777777" w:rsidTr="00BE7952">
        <w:trPr>
          <w:trHeight w:val="750"/>
        </w:trPr>
        <w:tc>
          <w:tcPr>
            <w:tcW w:w="1910" w:type="dxa"/>
          </w:tcPr>
          <w:p w14:paraId="0987B569" w14:textId="77777777" w:rsidR="00247E8B" w:rsidRDefault="00247E8B" w:rsidP="00BE7952">
            <w:pPr>
              <w:pStyle w:val="ListBullet"/>
            </w:pPr>
            <w:r>
              <w:t>Table sugar</w:t>
            </w:r>
          </w:p>
        </w:tc>
        <w:tc>
          <w:tcPr>
            <w:tcW w:w="1924" w:type="dxa"/>
          </w:tcPr>
          <w:p w14:paraId="3647442D" w14:textId="77777777" w:rsidR="00247E8B" w:rsidRDefault="00247E8B" w:rsidP="00BE7952">
            <w:pPr>
              <w:pStyle w:val="ListBullet"/>
            </w:pPr>
            <w:r>
              <w:t>Honey</w:t>
            </w:r>
          </w:p>
        </w:tc>
        <w:tc>
          <w:tcPr>
            <w:tcW w:w="1931" w:type="dxa"/>
          </w:tcPr>
          <w:p w14:paraId="670F53AD" w14:textId="77777777" w:rsidR="00247E8B" w:rsidRDefault="00247E8B" w:rsidP="00BE7952">
            <w:pPr>
              <w:pStyle w:val="ListBullet"/>
            </w:pPr>
            <w:r>
              <w:t>Syrups</w:t>
            </w:r>
          </w:p>
        </w:tc>
        <w:tc>
          <w:tcPr>
            <w:tcW w:w="1960" w:type="dxa"/>
          </w:tcPr>
          <w:p w14:paraId="520A122D" w14:textId="77777777" w:rsidR="00247E8B" w:rsidRDefault="00247E8B" w:rsidP="00BE7952">
            <w:pPr>
              <w:pStyle w:val="ListBullet"/>
            </w:pPr>
            <w:r>
              <w:t>Artificial sweeteners</w:t>
            </w:r>
          </w:p>
        </w:tc>
        <w:tc>
          <w:tcPr>
            <w:tcW w:w="1998" w:type="dxa"/>
          </w:tcPr>
          <w:p w14:paraId="67682BA0" w14:textId="77777777" w:rsidR="00247E8B" w:rsidRDefault="00247E8B" w:rsidP="00BE7952">
            <w:pPr>
              <w:pStyle w:val="ListBullet"/>
            </w:pPr>
            <w:r>
              <w:t>Sweetened sauces</w:t>
            </w:r>
          </w:p>
          <w:p w14:paraId="225E8CD1" w14:textId="77777777" w:rsidR="00247E8B" w:rsidRDefault="00247E8B" w:rsidP="00BE7952">
            <w:pPr>
              <w:pStyle w:val="ListBullet"/>
              <w:numPr>
                <w:ilvl w:val="0"/>
                <w:numId w:val="0"/>
              </w:numPr>
            </w:pPr>
          </w:p>
        </w:tc>
      </w:tr>
    </w:tbl>
    <w:p w14:paraId="430AE016" w14:textId="77777777" w:rsidR="00247E8B" w:rsidRDefault="00247E8B" w:rsidP="00247E8B">
      <w:pPr>
        <w:pStyle w:val="Heading3"/>
        <w:jc w:val="center"/>
      </w:pPr>
      <w:r>
        <w:lastRenderedPageBreak/>
        <w:t xml:space="preserve"> </w:t>
      </w:r>
      <w:r w:rsidRPr="008D320B">
        <w:rPr>
          <w:color w:val="FF0000"/>
          <w:sz w:val="28"/>
          <w:szCs w:val="28"/>
        </w:rPr>
        <w:t>Fast Food</w:t>
      </w:r>
    </w:p>
    <w:tbl>
      <w:tblPr>
        <w:tblStyle w:val="TableGrid"/>
        <w:tblW w:w="9744" w:type="dxa"/>
        <w:tblInd w:w="360" w:type="dxa"/>
        <w:tblLook w:val="04A0" w:firstRow="1" w:lastRow="0" w:firstColumn="1" w:lastColumn="0" w:noHBand="0" w:noVBand="1"/>
      </w:tblPr>
      <w:tblGrid>
        <w:gridCol w:w="1920"/>
        <w:gridCol w:w="1539"/>
        <w:gridCol w:w="1639"/>
        <w:gridCol w:w="1796"/>
        <w:gridCol w:w="1412"/>
        <w:gridCol w:w="1438"/>
      </w:tblGrid>
      <w:tr w:rsidR="00247E8B" w14:paraId="2015BB1E" w14:textId="77777777" w:rsidTr="00BE7952">
        <w:trPr>
          <w:trHeight w:val="790"/>
        </w:trPr>
        <w:tc>
          <w:tcPr>
            <w:tcW w:w="1920" w:type="dxa"/>
          </w:tcPr>
          <w:p w14:paraId="13438862" w14:textId="77777777" w:rsidR="00247E8B" w:rsidRDefault="00247E8B" w:rsidP="00BE7952">
            <w:pPr>
              <w:pStyle w:val="ListBullet"/>
            </w:pPr>
            <w:r>
              <w:t>McDonald's</w:t>
            </w:r>
          </w:p>
          <w:p w14:paraId="20D3C9A8" w14:textId="77777777" w:rsidR="00247E8B" w:rsidRDefault="00247E8B" w:rsidP="00BE7952">
            <w:pPr>
              <w:pStyle w:val="ListBullet"/>
              <w:numPr>
                <w:ilvl w:val="0"/>
                <w:numId w:val="0"/>
              </w:numPr>
            </w:pPr>
          </w:p>
        </w:tc>
        <w:tc>
          <w:tcPr>
            <w:tcW w:w="1539" w:type="dxa"/>
          </w:tcPr>
          <w:p w14:paraId="77EBF264" w14:textId="77777777" w:rsidR="00247E8B" w:rsidRDefault="00247E8B" w:rsidP="00BE7952">
            <w:pPr>
              <w:pStyle w:val="ListBullet"/>
            </w:pPr>
            <w:r>
              <w:t>Burger King</w:t>
            </w:r>
          </w:p>
        </w:tc>
        <w:tc>
          <w:tcPr>
            <w:tcW w:w="1639" w:type="dxa"/>
          </w:tcPr>
          <w:p w14:paraId="31BEE7A8" w14:textId="77777777" w:rsidR="00247E8B" w:rsidRDefault="00247E8B" w:rsidP="00BE7952">
            <w:pPr>
              <w:pStyle w:val="ListBullet"/>
            </w:pPr>
            <w:r>
              <w:t>Wendy's</w:t>
            </w:r>
          </w:p>
        </w:tc>
        <w:tc>
          <w:tcPr>
            <w:tcW w:w="1796" w:type="dxa"/>
          </w:tcPr>
          <w:p w14:paraId="03C9DF4B" w14:textId="77777777" w:rsidR="00247E8B" w:rsidRDefault="00247E8B" w:rsidP="00BE7952">
            <w:pPr>
              <w:pStyle w:val="ListBullet"/>
            </w:pPr>
            <w:r>
              <w:t>Chick‑fil‑A</w:t>
            </w:r>
          </w:p>
        </w:tc>
        <w:tc>
          <w:tcPr>
            <w:tcW w:w="1412" w:type="dxa"/>
          </w:tcPr>
          <w:p w14:paraId="7287E9C1" w14:textId="77777777" w:rsidR="00247E8B" w:rsidRDefault="00247E8B" w:rsidP="00BE7952">
            <w:pPr>
              <w:pStyle w:val="ListBullet"/>
            </w:pPr>
            <w:r>
              <w:t>Taco Bell</w:t>
            </w:r>
          </w:p>
        </w:tc>
        <w:tc>
          <w:tcPr>
            <w:tcW w:w="1438" w:type="dxa"/>
          </w:tcPr>
          <w:p w14:paraId="631F8314" w14:textId="77777777" w:rsidR="00247E8B" w:rsidRDefault="00247E8B" w:rsidP="00BE7952">
            <w:pPr>
              <w:pStyle w:val="ListBullet"/>
            </w:pPr>
            <w:r>
              <w:t>Pizza chains</w:t>
            </w:r>
          </w:p>
          <w:p w14:paraId="4AF47ABE" w14:textId="77777777" w:rsidR="00247E8B" w:rsidRDefault="00247E8B" w:rsidP="00BE7952">
            <w:pPr>
              <w:pStyle w:val="ListBullet"/>
              <w:numPr>
                <w:ilvl w:val="0"/>
                <w:numId w:val="0"/>
              </w:numPr>
            </w:pPr>
          </w:p>
        </w:tc>
      </w:tr>
    </w:tbl>
    <w:p w14:paraId="11153B76" w14:textId="77777777" w:rsidR="00247E8B" w:rsidRDefault="00247E8B" w:rsidP="00247E8B">
      <w:pPr>
        <w:pStyle w:val="Heading2"/>
      </w:pPr>
    </w:p>
    <w:p w14:paraId="7CB83D8B" w14:textId="351566CB" w:rsidR="00247E8B" w:rsidRDefault="00247E8B" w:rsidP="00247E8B">
      <w:pPr>
        <w:pStyle w:val="Heading2"/>
      </w:pPr>
      <w:r>
        <w:t>Example Daily Meal Plan</w:t>
      </w:r>
    </w:p>
    <w:p w14:paraId="431E00EC" w14:textId="77777777" w:rsidR="00247E8B" w:rsidRDefault="00247E8B" w:rsidP="00247E8B">
      <w:r>
        <w:t>Breakfast</w:t>
      </w:r>
    </w:p>
    <w:p w14:paraId="71162849" w14:textId="251340DA" w:rsidR="00247E8B" w:rsidRDefault="000A52EB" w:rsidP="00247E8B">
      <w:pPr>
        <w:pStyle w:val="ListBullet"/>
      </w:pPr>
      <w:r>
        <w:t>A</w:t>
      </w:r>
      <w:r w:rsidR="00247E8B">
        <w:t>pple slices, water with lemon</w:t>
      </w:r>
    </w:p>
    <w:p w14:paraId="7A146E74" w14:textId="77777777" w:rsidR="00247E8B" w:rsidRDefault="00247E8B" w:rsidP="00247E8B">
      <w:r>
        <w:t>Lunch</w:t>
      </w:r>
    </w:p>
    <w:p w14:paraId="7CDE54BE" w14:textId="0E054001" w:rsidR="00247E8B" w:rsidRDefault="006D3808" w:rsidP="00247E8B">
      <w:pPr>
        <w:pStyle w:val="ListBullet"/>
      </w:pPr>
      <w:r>
        <w:t>L</w:t>
      </w:r>
      <w:r w:rsidR="00247E8B">
        <w:t>arge vegetable salad and almonds</w:t>
      </w:r>
    </w:p>
    <w:p w14:paraId="7865FFEC" w14:textId="77777777" w:rsidR="00247E8B" w:rsidRDefault="00247E8B" w:rsidP="00247E8B">
      <w:r>
        <w:t>Snack</w:t>
      </w:r>
    </w:p>
    <w:p w14:paraId="7C17E728" w14:textId="77777777" w:rsidR="00247E8B" w:rsidRDefault="00247E8B" w:rsidP="00247E8B">
      <w:pPr>
        <w:pStyle w:val="ListBullet"/>
      </w:pPr>
      <w:r>
        <w:t>Mixed berries with walnuts</w:t>
      </w:r>
    </w:p>
    <w:p w14:paraId="3C0BF56C" w14:textId="77777777" w:rsidR="00247E8B" w:rsidRDefault="00247E8B" w:rsidP="00247E8B">
      <w:r>
        <w:t>Dinner</w:t>
      </w:r>
    </w:p>
    <w:p w14:paraId="31D30EDF" w14:textId="5E8E1C6F" w:rsidR="00247E8B" w:rsidRDefault="000A52EB" w:rsidP="00247E8B">
      <w:pPr>
        <w:pStyle w:val="ListBullet"/>
      </w:pPr>
      <w:r>
        <w:t>S</w:t>
      </w:r>
      <w:r w:rsidR="00247E8B">
        <w:t>teamed broccoli and carrots and fresh fruit</w:t>
      </w:r>
    </w:p>
    <w:p w14:paraId="14A1BADB" w14:textId="77777777" w:rsidR="00247E8B" w:rsidRDefault="00247E8B" w:rsidP="00247E8B">
      <w:pPr>
        <w:pStyle w:val="Heading2"/>
      </w:pPr>
    </w:p>
    <w:p w14:paraId="08EE444D" w14:textId="7696DCCE" w:rsidR="00247E8B" w:rsidRDefault="00247E8B" w:rsidP="00247E8B">
      <w:pPr>
        <w:pStyle w:val="Heading2"/>
      </w:pPr>
      <w:r>
        <w:t>Helpful Tips</w:t>
      </w:r>
    </w:p>
    <w:p w14:paraId="37BEF5CC" w14:textId="77777777" w:rsidR="00247E8B" w:rsidRDefault="00247E8B" w:rsidP="00247E8B">
      <w:pPr>
        <w:pStyle w:val="ListBullet"/>
      </w:pPr>
      <w:r>
        <w:t>Read labels to avoid hidden sugars</w:t>
      </w:r>
    </w:p>
    <w:p w14:paraId="33E852F3" w14:textId="77777777" w:rsidR="00247E8B" w:rsidRDefault="00247E8B" w:rsidP="00247E8B">
      <w:pPr>
        <w:pStyle w:val="ListBullet"/>
      </w:pPr>
      <w:r>
        <w:t>Prepare meals at home when possible</w:t>
      </w:r>
    </w:p>
    <w:p w14:paraId="72C304D3" w14:textId="77777777" w:rsidR="00247E8B" w:rsidRDefault="00247E8B" w:rsidP="00247E8B">
      <w:pPr>
        <w:pStyle w:val="ListBullet"/>
      </w:pPr>
      <w:r>
        <w:t>Eat simple, natural foods</w:t>
      </w:r>
    </w:p>
    <w:p w14:paraId="3E9CF69B" w14:textId="77777777" w:rsidR="00247E8B" w:rsidRDefault="00247E8B" w:rsidP="00247E8B">
      <w:pPr>
        <w:pStyle w:val="ListBullet"/>
      </w:pPr>
      <w:r>
        <w:t>Drink at least 6–8 glasses of water daily</w:t>
      </w:r>
    </w:p>
    <w:p w14:paraId="337A3728" w14:textId="424772C9" w:rsidR="00345DB3" w:rsidRDefault="00247E8B" w:rsidP="00345DB3">
      <w:pPr>
        <w:pStyle w:val="ListBullet"/>
      </w:pPr>
      <w:r>
        <w:t>Focus on discipline, health, and spiritual growth during the fast</w:t>
      </w:r>
    </w:p>
    <w:p w14:paraId="33AE0EA5" w14:textId="77777777" w:rsidR="00345DB3" w:rsidRDefault="00345DB3" w:rsidP="00345DB3">
      <w:pPr>
        <w:pStyle w:val="ListBullet"/>
        <w:numPr>
          <w:ilvl w:val="0"/>
          <w:numId w:val="0"/>
        </w:numPr>
        <w:ind w:left="360"/>
      </w:pPr>
    </w:p>
    <w:p w14:paraId="0F40CAC0" w14:textId="77777777" w:rsidR="00345DB3" w:rsidRDefault="00345DB3" w:rsidP="00345DB3">
      <w:pPr>
        <w:pStyle w:val="ListBullet"/>
        <w:numPr>
          <w:ilvl w:val="0"/>
          <w:numId w:val="0"/>
        </w:numPr>
        <w:ind w:left="360"/>
      </w:pPr>
    </w:p>
    <w:p w14:paraId="20983F82" w14:textId="77777777" w:rsidR="008231C4" w:rsidRDefault="008231C4" w:rsidP="00345DB3">
      <w:pPr>
        <w:pStyle w:val="ListBullet"/>
        <w:numPr>
          <w:ilvl w:val="0"/>
          <w:numId w:val="0"/>
        </w:numPr>
        <w:ind w:left="360"/>
      </w:pPr>
    </w:p>
    <w:p w14:paraId="24BE6186" w14:textId="2A79EABF" w:rsidR="00345DB3" w:rsidRDefault="008231C4" w:rsidP="008231C4">
      <w:pPr>
        <w:pStyle w:val="ListBullet"/>
        <w:numPr>
          <w:ilvl w:val="0"/>
          <w:numId w:val="0"/>
        </w:numPr>
        <w:ind w:left="360"/>
        <w:jc w:val="center"/>
      </w:pPr>
      <w:r>
        <w:rPr>
          <w:noProof/>
        </w:rPr>
        <w:drawing>
          <wp:inline distT="0" distB="0" distL="0" distR="0" wp14:anchorId="08E85510" wp14:editId="7D34B6F4">
            <wp:extent cx="3425293" cy="2194560"/>
            <wp:effectExtent l="0" t="0" r="3810" b="0"/>
            <wp:docPr id="1720718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291" cy="2201607"/>
                    </a:xfrm>
                    <a:prstGeom prst="rect">
                      <a:avLst/>
                    </a:prstGeom>
                    <a:noFill/>
                  </pic:spPr>
                </pic:pic>
              </a:graphicData>
            </a:graphic>
          </wp:inline>
        </w:drawing>
      </w:r>
    </w:p>
    <w:p w14:paraId="1E1272B5" w14:textId="77777777" w:rsidR="00247E8B" w:rsidRDefault="00247E8B" w:rsidP="00247E8B">
      <w:pPr>
        <w:pStyle w:val="Default"/>
        <w:rPr>
          <w:rFonts w:ascii="Arial" w:hAnsi="Arial" w:cs="Arial"/>
          <w:b/>
          <w:u w:val="single"/>
        </w:rPr>
      </w:pPr>
    </w:p>
    <w:p w14:paraId="2B484950" w14:textId="77777777" w:rsidR="00247E8B" w:rsidRDefault="00247E8B" w:rsidP="00605635">
      <w:pPr>
        <w:pStyle w:val="Default"/>
        <w:jc w:val="center"/>
        <w:rPr>
          <w:rFonts w:ascii="Arial" w:hAnsi="Arial" w:cs="Arial"/>
          <w:b/>
          <w:u w:val="single"/>
        </w:rPr>
      </w:pPr>
    </w:p>
    <w:p w14:paraId="4AEF2B19" w14:textId="77777777" w:rsidR="00C653DE" w:rsidRDefault="00C653DE" w:rsidP="00605635">
      <w:pPr>
        <w:pStyle w:val="Default"/>
        <w:jc w:val="center"/>
        <w:rPr>
          <w:rFonts w:ascii="Arial" w:hAnsi="Arial" w:cs="Arial"/>
          <w:b/>
          <w:u w:val="single"/>
        </w:rPr>
      </w:pPr>
    </w:p>
    <w:p w14:paraId="517DA5FE" w14:textId="2BCBF7D3" w:rsidR="00605635" w:rsidRPr="00DC5216" w:rsidRDefault="00605635" w:rsidP="00605635">
      <w:pPr>
        <w:pStyle w:val="Default"/>
        <w:jc w:val="center"/>
        <w:rPr>
          <w:rFonts w:ascii="Arial" w:hAnsi="Arial" w:cs="Arial"/>
          <w:b/>
          <w:u w:val="single"/>
        </w:rPr>
      </w:pPr>
      <w:r w:rsidRPr="00DC5216">
        <w:rPr>
          <w:rFonts w:ascii="Arial" w:hAnsi="Arial" w:cs="Arial"/>
          <w:b/>
          <w:u w:val="single"/>
        </w:rPr>
        <w:lastRenderedPageBreak/>
        <w:t>HAVE FOCUSED PRAYER SO YOU CAN RECOGNIZE GOD’S RESPONSE</w:t>
      </w:r>
    </w:p>
    <w:p w14:paraId="5C55D711" w14:textId="77777777" w:rsidR="00605635" w:rsidRPr="00B36C43" w:rsidRDefault="00605635" w:rsidP="00605635">
      <w:pPr>
        <w:pStyle w:val="Default"/>
        <w:jc w:val="center"/>
        <w:rPr>
          <w:rFonts w:ascii="Arial" w:hAnsi="Arial" w:cs="Arial"/>
          <w:b/>
          <w:sz w:val="22"/>
          <w:szCs w:val="22"/>
          <w:u w:val="single"/>
        </w:rPr>
      </w:pPr>
    </w:p>
    <w:p w14:paraId="64288030" w14:textId="77777777" w:rsidR="00605635" w:rsidRPr="00605635" w:rsidRDefault="00605635" w:rsidP="00605635">
      <w:pPr>
        <w:pStyle w:val="Default"/>
        <w:rPr>
          <w:rFonts w:ascii="Arial" w:hAnsi="Arial" w:cs="Arial"/>
          <w:b/>
          <w:bCs/>
          <w:i/>
          <w:iCs/>
          <w:sz w:val="22"/>
          <w:szCs w:val="22"/>
        </w:rPr>
      </w:pPr>
      <w:r>
        <w:rPr>
          <w:rFonts w:ascii="Arial" w:hAnsi="Arial" w:cs="Arial"/>
          <w:sz w:val="22"/>
          <w:szCs w:val="22"/>
        </w:rPr>
        <w:t>For our 6-day of Fasting and praying, we have put together a devotional prayer guide to help us to focus during the fast. For each day, there is a suggested topic with corresponding scriptures, and a suggested prayer. We urge you to read and participate in the daily readings so that as a church family we can be on one accord</w:t>
      </w:r>
      <w:r w:rsidRPr="00605635">
        <w:rPr>
          <w:rFonts w:ascii="Arial" w:hAnsi="Arial" w:cs="Arial"/>
          <w:b/>
          <w:bCs/>
          <w:sz w:val="22"/>
          <w:szCs w:val="22"/>
        </w:rPr>
        <w:t>. (</w:t>
      </w:r>
      <w:r w:rsidRPr="00605635">
        <w:rPr>
          <w:rFonts w:ascii="Arial" w:hAnsi="Arial" w:cs="Arial"/>
          <w:b/>
          <w:bCs/>
          <w:i/>
          <w:iCs/>
          <w:sz w:val="22"/>
          <w:szCs w:val="22"/>
        </w:rPr>
        <w:t>Special thanks to Min. Ossie Burton for composing the devotional readings)</w:t>
      </w:r>
    </w:p>
    <w:p w14:paraId="00CAA98D" w14:textId="77777777" w:rsidR="00605635" w:rsidRDefault="00605635" w:rsidP="00605635">
      <w:pPr>
        <w:pStyle w:val="Default"/>
        <w:rPr>
          <w:rFonts w:ascii="Arial" w:hAnsi="Arial" w:cs="Arial"/>
          <w:sz w:val="22"/>
          <w:szCs w:val="22"/>
        </w:rPr>
      </w:pPr>
    </w:p>
    <w:p w14:paraId="79D74037" w14:textId="77777777" w:rsidR="00605635" w:rsidRPr="007473EF" w:rsidRDefault="00605635" w:rsidP="00605635">
      <w:pPr>
        <w:pStyle w:val="Default"/>
        <w:rPr>
          <w:rFonts w:ascii="Arial" w:hAnsi="Arial" w:cs="Arial"/>
          <w:sz w:val="22"/>
          <w:szCs w:val="22"/>
        </w:rPr>
      </w:pPr>
      <w:r>
        <w:rPr>
          <w:rFonts w:ascii="Arial" w:hAnsi="Arial" w:cs="Arial"/>
          <w:sz w:val="22"/>
          <w:szCs w:val="22"/>
        </w:rPr>
        <w:t xml:space="preserve">Below, you will find additional topics to pray for while you are fasting. Feel free to write down your thoughts as God reveal them to you as you fast and pray. </w:t>
      </w:r>
    </w:p>
    <w:p w14:paraId="51C76E73" w14:textId="77777777" w:rsidR="00605635" w:rsidRDefault="00605635" w:rsidP="00605635">
      <w:pPr>
        <w:pStyle w:val="Default"/>
        <w:rPr>
          <w:rFonts w:ascii="Arial" w:hAnsi="Arial" w:cs="Arial"/>
          <w:b/>
          <w:sz w:val="22"/>
          <w:szCs w:val="22"/>
        </w:rPr>
      </w:pPr>
    </w:p>
    <w:p w14:paraId="6AE50984" w14:textId="77777777" w:rsidR="00605635" w:rsidRPr="00B36C43" w:rsidRDefault="00605635" w:rsidP="00605635">
      <w:pPr>
        <w:pStyle w:val="Default"/>
        <w:jc w:val="center"/>
        <w:rPr>
          <w:rFonts w:ascii="Arial" w:hAnsi="Arial" w:cs="Arial"/>
          <w:b/>
          <w:sz w:val="22"/>
          <w:szCs w:val="22"/>
        </w:rPr>
      </w:pPr>
      <w:r w:rsidRPr="00B36C43">
        <w:rPr>
          <w:rFonts w:ascii="Arial" w:hAnsi="Arial" w:cs="Arial"/>
          <w:b/>
          <w:sz w:val="22"/>
          <w:szCs w:val="22"/>
        </w:rPr>
        <w:t xml:space="preserve">SOME THINGS YOU </w:t>
      </w:r>
      <w:r>
        <w:rPr>
          <w:rFonts w:ascii="Arial" w:hAnsi="Arial" w:cs="Arial"/>
          <w:b/>
          <w:sz w:val="22"/>
          <w:szCs w:val="22"/>
        </w:rPr>
        <w:t>CAN</w:t>
      </w:r>
      <w:r w:rsidRPr="00B36C43">
        <w:rPr>
          <w:rFonts w:ascii="Arial" w:hAnsi="Arial" w:cs="Arial"/>
          <w:b/>
          <w:sz w:val="22"/>
          <w:szCs w:val="22"/>
        </w:rPr>
        <w:t xml:space="preserve"> PRAY ABOUT</w:t>
      </w:r>
      <w:r>
        <w:rPr>
          <w:rFonts w:ascii="Arial" w:hAnsi="Arial" w:cs="Arial"/>
          <w:b/>
          <w:sz w:val="22"/>
          <w:szCs w:val="22"/>
        </w:rPr>
        <w:t>:</w:t>
      </w:r>
    </w:p>
    <w:p w14:paraId="6FAB01B0"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p>
    <w:p w14:paraId="0E6CBD25"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r w:rsidRPr="00B36C43">
        <w:rPr>
          <w:rFonts w:ascii="Arial" w:eastAsiaTheme="minorHAnsi" w:hAnsi="Arial" w:cs="Arial"/>
          <w:b/>
          <w:bCs/>
          <w:u w:val="single"/>
        </w:rPr>
        <w:t>Your calling</w:t>
      </w:r>
    </w:p>
    <w:p w14:paraId="7CA0DFD2" w14:textId="77777777" w:rsidR="00605635" w:rsidRPr="000062E2" w:rsidRDefault="00605635" w:rsidP="00605635">
      <w:pPr>
        <w:autoSpaceDE w:val="0"/>
        <w:autoSpaceDN w:val="0"/>
        <w:adjustRightInd w:val="0"/>
        <w:spacing w:after="0" w:line="240" w:lineRule="auto"/>
        <w:rPr>
          <w:rFonts w:ascii="Arial" w:eastAsiaTheme="minorHAnsi" w:hAnsi="Arial" w:cs="Arial"/>
        </w:rPr>
      </w:pPr>
      <w:r w:rsidRPr="00521C46">
        <w:rPr>
          <w:rFonts w:ascii="Arial" w:hAnsi="Arial" w:cs="Arial"/>
          <w:i/>
          <w:iCs/>
          <w:color w:val="000000"/>
        </w:rPr>
        <w:t xml:space="preserve">He has saved us and called us to a holy life; not because of anything we have done but because of his own purpose and grace. This grace was given us in Christ Jesus before the beginning of time. </w:t>
      </w:r>
      <w:r>
        <w:rPr>
          <w:rFonts w:ascii="Arial" w:hAnsi="Arial" w:cs="Arial"/>
          <w:color w:val="000000"/>
        </w:rPr>
        <w:tab/>
      </w:r>
      <w:r w:rsidRPr="000062E2">
        <w:rPr>
          <w:rFonts w:ascii="Arial" w:hAnsi="Arial" w:cs="Arial"/>
          <w:color w:val="000000"/>
        </w:rPr>
        <w:t>2 Timothy 1:9</w:t>
      </w:r>
    </w:p>
    <w:p w14:paraId="42B78203" w14:textId="77777777" w:rsidR="00605635" w:rsidRDefault="00605635" w:rsidP="00605635">
      <w:pPr>
        <w:autoSpaceDE w:val="0"/>
        <w:autoSpaceDN w:val="0"/>
        <w:adjustRightInd w:val="0"/>
        <w:spacing w:after="0" w:line="240" w:lineRule="auto"/>
        <w:rPr>
          <w:rFonts w:ascii="Arial" w:eastAsiaTheme="minorHAnsi" w:hAnsi="Arial" w:cs="Arial"/>
          <w:b/>
          <w:bCs/>
          <w:u w:val="single"/>
        </w:rPr>
      </w:pPr>
    </w:p>
    <w:p w14:paraId="15037759" w14:textId="77777777" w:rsidR="00605635" w:rsidRDefault="00605635" w:rsidP="00605635">
      <w:pPr>
        <w:autoSpaceDE w:val="0"/>
        <w:autoSpaceDN w:val="0"/>
        <w:adjustRightInd w:val="0"/>
        <w:spacing w:after="0" w:line="240" w:lineRule="auto"/>
        <w:rPr>
          <w:rFonts w:ascii="Arial" w:eastAsiaTheme="minorHAnsi" w:hAnsi="Arial" w:cs="Arial"/>
          <w:b/>
          <w:bCs/>
          <w:u w:val="single"/>
        </w:rPr>
      </w:pPr>
      <w:r>
        <w:rPr>
          <w:rFonts w:ascii="Arial" w:eastAsiaTheme="minorHAnsi" w:hAnsi="Arial" w:cs="Arial"/>
          <w:b/>
          <w:bCs/>
          <w:u w:val="single"/>
        </w:rPr>
        <w:t>Direction</w:t>
      </w:r>
    </w:p>
    <w:p w14:paraId="41064508" w14:textId="77777777" w:rsidR="00605635" w:rsidRPr="00B623A8" w:rsidRDefault="00605635" w:rsidP="00605635">
      <w:pPr>
        <w:autoSpaceDE w:val="0"/>
        <w:autoSpaceDN w:val="0"/>
        <w:adjustRightInd w:val="0"/>
        <w:spacing w:after="0" w:line="240" w:lineRule="auto"/>
        <w:rPr>
          <w:rFonts w:ascii="Arial" w:eastAsiaTheme="minorHAnsi" w:hAnsi="Arial" w:cs="Arial"/>
          <w:bCs/>
        </w:rPr>
      </w:pPr>
      <w:r w:rsidRPr="00521C46">
        <w:rPr>
          <w:rFonts w:ascii="Arial" w:eastAsiaTheme="minorHAnsi" w:hAnsi="Arial" w:cs="Arial"/>
          <w:bCs/>
          <w:i/>
          <w:iCs/>
        </w:rPr>
        <w:t>Trust in the Lord with all thine heart and lean not unto thine own understanding. In all thy ways acknowledge him and he shall direct thy paths</w:t>
      </w:r>
      <w:r>
        <w:rPr>
          <w:rFonts w:ascii="Arial" w:eastAsiaTheme="minorHAnsi" w:hAnsi="Arial" w:cs="Arial"/>
          <w:bCs/>
        </w:rPr>
        <w:t>.</w:t>
      </w:r>
      <w:r>
        <w:rPr>
          <w:rFonts w:ascii="Arial" w:eastAsiaTheme="minorHAnsi" w:hAnsi="Arial" w:cs="Arial"/>
          <w:bCs/>
        </w:rPr>
        <w:tab/>
        <w:t>Proverbs 3:5-6</w:t>
      </w:r>
    </w:p>
    <w:p w14:paraId="28932A7C" w14:textId="77777777" w:rsidR="00605635" w:rsidRDefault="00605635" w:rsidP="00605635">
      <w:pPr>
        <w:autoSpaceDE w:val="0"/>
        <w:autoSpaceDN w:val="0"/>
        <w:adjustRightInd w:val="0"/>
        <w:spacing w:after="0" w:line="240" w:lineRule="auto"/>
        <w:rPr>
          <w:rFonts w:ascii="Arial" w:eastAsiaTheme="minorHAnsi" w:hAnsi="Arial" w:cs="Arial"/>
          <w:b/>
          <w:bCs/>
          <w:u w:val="single"/>
        </w:rPr>
      </w:pPr>
    </w:p>
    <w:p w14:paraId="30D1A413"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r w:rsidRPr="00B36C43">
        <w:rPr>
          <w:rFonts w:ascii="Arial" w:eastAsiaTheme="minorHAnsi" w:hAnsi="Arial" w:cs="Arial"/>
          <w:b/>
          <w:bCs/>
          <w:u w:val="single"/>
        </w:rPr>
        <w:t>Wisdom</w:t>
      </w:r>
    </w:p>
    <w:p w14:paraId="75903C40" w14:textId="77777777" w:rsidR="00605635" w:rsidRDefault="00605635" w:rsidP="00605635">
      <w:pPr>
        <w:autoSpaceDE w:val="0"/>
        <w:autoSpaceDN w:val="0"/>
        <w:adjustRightInd w:val="0"/>
        <w:spacing w:after="0" w:line="240" w:lineRule="auto"/>
        <w:rPr>
          <w:rFonts w:ascii="Arial" w:eastAsiaTheme="minorHAnsi" w:hAnsi="Arial" w:cs="Arial"/>
        </w:rPr>
      </w:pPr>
      <w:r>
        <w:rPr>
          <w:rFonts w:ascii="Arial" w:eastAsiaTheme="minorHAnsi" w:hAnsi="Arial" w:cs="Arial"/>
        </w:rPr>
        <w:t>“</w:t>
      </w:r>
      <w:r w:rsidRPr="00521C46">
        <w:rPr>
          <w:rFonts w:ascii="Arial" w:eastAsiaTheme="minorHAnsi" w:hAnsi="Arial" w:cs="Arial"/>
          <w:i/>
          <w:iCs/>
        </w:rPr>
        <w:t>For the Lord gives wisdom; from His mouth comes knowledge and understanding.”</w:t>
      </w:r>
    </w:p>
    <w:p w14:paraId="39644ACD" w14:textId="77777777" w:rsidR="00605635" w:rsidRPr="00B36C43" w:rsidRDefault="00605635" w:rsidP="00605635">
      <w:pPr>
        <w:autoSpaceDE w:val="0"/>
        <w:autoSpaceDN w:val="0"/>
        <w:adjustRightInd w:val="0"/>
        <w:spacing w:after="0" w:line="240" w:lineRule="auto"/>
        <w:rPr>
          <w:rFonts w:ascii="Arial" w:eastAsiaTheme="minorHAnsi" w:hAnsi="Arial" w:cs="Arial"/>
        </w:rPr>
      </w:pPr>
      <w:r w:rsidRPr="00B36C43">
        <w:rPr>
          <w:rFonts w:ascii="Arial" w:eastAsiaTheme="minorHAnsi" w:hAnsi="Arial" w:cs="Arial"/>
        </w:rPr>
        <w:t xml:space="preserve">Proverbs </w:t>
      </w:r>
      <w:r>
        <w:rPr>
          <w:rFonts w:ascii="Arial" w:eastAsiaTheme="minorHAnsi" w:hAnsi="Arial" w:cs="Arial"/>
        </w:rPr>
        <w:t>2</w:t>
      </w:r>
      <w:r w:rsidRPr="00B36C43">
        <w:rPr>
          <w:rFonts w:ascii="Arial" w:eastAsiaTheme="minorHAnsi" w:hAnsi="Arial" w:cs="Arial"/>
        </w:rPr>
        <w:t>:</w:t>
      </w:r>
      <w:r>
        <w:rPr>
          <w:rFonts w:ascii="Arial" w:eastAsiaTheme="minorHAnsi" w:hAnsi="Arial" w:cs="Arial"/>
        </w:rPr>
        <w:t>6</w:t>
      </w:r>
    </w:p>
    <w:p w14:paraId="57967582" w14:textId="77777777" w:rsidR="00605635" w:rsidRPr="00B36C43" w:rsidRDefault="00605635" w:rsidP="00605635">
      <w:pPr>
        <w:autoSpaceDE w:val="0"/>
        <w:autoSpaceDN w:val="0"/>
        <w:adjustRightInd w:val="0"/>
        <w:spacing w:after="0" w:line="240" w:lineRule="auto"/>
        <w:rPr>
          <w:rFonts w:ascii="Arial" w:eastAsiaTheme="minorHAnsi" w:hAnsi="Arial" w:cs="Arial"/>
          <w:b/>
          <w:bCs/>
        </w:rPr>
      </w:pPr>
    </w:p>
    <w:p w14:paraId="4226F0AA" w14:textId="77777777" w:rsidR="00605635" w:rsidRDefault="00605635" w:rsidP="00605635">
      <w:pPr>
        <w:autoSpaceDE w:val="0"/>
        <w:autoSpaceDN w:val="0"/>
        <w:adjustRightInd w:val="0"/>
        <w:spacing w:after="0" w:line="240" w:lineRule="auto"/>
        <w:rPr>
          <w:rFonts w:ascii="Arial" w:hAnsi="Arial" w:cs="Arial"/>
          <w:b/>
          <w:u w:val="single"/>
        </w:rPr>
      </w:pPr>
      <w:r>
        <w:rPr>
          <w:rFonts w:ascii="Arial" w:hAnsi="Arial" w:cs="Arial"/>
          <w:b/>
          <w:u w:val="single"/>
        </w:rPr>
        <w:t>Opportunities for Gospel Ministry</w:t>
      </w:r>
    </w:p>
    <w:p w14:paraId="6AEB8DEF" w14:textId="77777777" w:rsidR="00605635" w:rsidRPr="000536E5" w:rsidRDefault="00605635" w:rsidP="00605635">
      <w:pPr>
        <w:autoSpaceDE w:val="0"/>
        <w:autoSpaceDN w:val="0"/>
        <w:adjustRightInd w:val="0"/>
        <w:spacing w:after="0" w:line="240" w:lineRule="auto"/>
        <w:rPr>
          <w:rFonts w:ascii="Arial" w:hAnsi="Arial" w:cs="Arial"/>
        </w:rPr>
      </w:pPr>
      <w:r w:rsidRPr="001E748C">
        <w:rPr>
          <w:rFonts w:ascii="Arial" w:hAnsi="Arial" w:cs="Arial"/>
          <w:i/>
          <w:iCs/>
        </w:rPr>
        <w:t>Pray that God will give us an opportunity to tell people his message.</w:t>
      </w:r>
      <w:r>
        <w:rPr>
          <w:rFonts w:ascii="Arial" w:hAnsi="Arial" w:cs="Arial"/>
        </w:rPr>
        <w:t xml:space="preserve"> Colossians 4: 3</w:t>
      </w:r>
    </w:p>
    <w:p w14:paraId="69B10468" w14:textId="77777777" w:rsidR="00605635" w:rsidRDefault="00605635" w:rsidP="00605635">
      <w:pPr>
        <w:autoSpaceDE w:val="0"/>
        <w:autoSpaceDN w:val="0"/>
        <w:adjustRightInd w:val="0"/>
        <w:spacing w:after="0" w:line="240" w:lineRule="auto"/>
        <w:rPr>
          <w:rFonts w:ascii="Arial" w:eastAsiaTheme="minorHAnsi" w:hAnsi="Arial" w:cs="Arial"/>
          <w:b/>
          <w:bCs/>
          <w:u w:val="single"/>
        </w:rPr>
      </w:pPr>
    </w:p>
    <w:p w14:paraId="4702E9EA"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r w:rsidRPr="00B36C43">
        <w:rPr>
          <w:rFonts w:ascii="Arial" w:eastAsiaTheme="minorHAnsi" w:hAnsi="Arial" w:cs="Arial"/>
          <w:b/>
          <w:bCs/>
          <w:u w:val="single"/>
        </w:rPr>
        <w:t>Favor</w:t>
      </w:r>
    </w:p>
    <w:p w14:paraId="55D49192" w14:textId="77777777" w:rsidR="00605635" w:rsidRPr="00B36C43" w:rsidRDefault="00605635" w:rsidP="00605635">
      <w:pPr>
        <w:autoSpaceDE w:val="0"/>
        <w:autoSpaceDN w:val="0"/>
        <w:adjustRightInd w:val="0"/>
        <w:spacing w:after="0" w:line="240" w:lineRule="auto"/>
        <w:rPr>
          <w:rFonts w:ascii="Arial" w:eastAsiaTheme="minorHAnsi" w:hAnsi="Arial" w:cs="Arial"/>
        </w:rPr>
      </w:pPr>
      <w:r w:rsidRPr="001E748C">
        <w:rPr>
          <w:rFonts w:ascii="Arial" w:eastAsiaTheme="minorHAnsi" w:hAnsi="Arial" w:cs="Arial"/>
          <w:i/>
          <w:iCs/>
        </w:rPr>
        <w:t xml:space="preserve">For You, O Lord, will bless the righteous with favor…You will surround him as with a shield. </w:t>
      </w:r>
      <w:r w:rsidRPr="00B36C43">
        <w:rPr>
          <w:rFonts w:ascii="Arial" w:eastAsiaTheme="minorHAnsi" w:hAnsi="Arial" w:cs="Arial"/>
        </w:rPr>
        <w:t xml:space="preserve">Psalms </w:t>
      </w:r>
      <w:r>
        <w:rPr>
          <w:rFonts w:ascii="Arial" w:eastAsiaTheme="minorHAnsi" w:hAnsi="Arial" w:cs="Arial"/>
        </w:rPr>
        <w:t>5</w:t>
      </w:r>
      <w:r w:rsidRPr="00B36C43">
        <w:rPr>
          <w:rFonts w:ascii="Arial" w:eastAsiaTheme="minorHAnsi" w:hAnsi="Arial" w:cs="Arial"/>
        </w:rPr>
        <w:t>:</w:t>
      </w:r>
      <w:r>
        <w:rPr>
          <w:rFonts w:ascii="Arial" w:eastAsiaTheme="minorHAnsi" w:hAnsi="Arial" w:cs="Arial"/>
        </w:rPr>
        <w:t>12</w:t>
      </w:r>
    </w:p>
    <w:p w14:paraId="56E16687" w14:textId="77777777" w:rsidR="00605635" w:rsidRPr="00B36C43" w:rsidRDefault="00605635" w:rsidP="00605635">
      <w:pPr>
        <w:autoSpaceDE w:val="0"/>
        <w:autoSpaceDN w:val="0"/>
        <w:adjustRightInd w:val="0"/>
        <w:spacing w:after="0" w:line="240" w:lineRule="auto"/>
        <w:rPr>
          <w:rFonts w:ascii="Arial" w:eastAsiaTheme="minorHAnsi" w:hAnsi="Arial" w:cs="Arial"/>
          <w:b/>
          <w:bCs/>
        </w:rPr>
      </w:pPr>
    </w:p>
    <w:p w14:paraId="202736BE" w14:textId="77777777" w:rsidR="00605635" w:rsidRDefault="00605635" w:rsidP="00605635">
      <w:pPr>
        <w:autoSpaceDE w:val="0"/>
        <w:autoSpaceDN w:val="0"/>
        <w:adjustRightInd w:val="0"/>
        <w:spacing w:after="0" w:line="240" w:lineRule="auto"/>
        <w:rPr>
          <w:rFonts w:ascii="Arial" w:eastAsiaTheme="minorHAnsi" w:hAnsi="Arial" w:cs="Arial"/>
          <w:b/>
          <w:bCs/>
          <w:u w:val="single"/>
        </w:rPr>
      </w:pPr>
      <w:r>
        <w:rPr>
          <w:rFonts w:ascii="Arial" w:eastAsiaTheme="minorHAnsi" w:hAnsi="Arial" w:cs="Arial"/>
          <w:b/>
          <w:bCs/>
          <w:u w:val="single"/>
        </w:rPr>
        <w:t>Boldness</w:t>
      </w:r>
    </w:p>
    <w:p w14:paraId="1B6BC781" w14:textId="77777777" w:rsidR="00605635" w:rsidRPr="00A44838" w:rsidRDefault="00605635" w:rsidP="00605635">
      <w:pPr>
        <w:autoSpaceDE w:val="0"/>
        <w:autoSpaceDN w:val="0"/>
        <w:adjustRightInd w:val="0"/>
        <w:spacing w:after="0" w:line="240" w:lineRule="auto"/>
        <w:rPr>
          <w:rFonts w:ascii="Arial" w:eastAsiaTheme="minorHAnsi" w:hAnsi="Arial" w:cs="Arial"/>
          <w:bCs/>
        </w:rPr>
      </w:pPr>
      <w:r w:rsidRPr="001E748C">
        <w:rPr>
          <w:rFonts w:ascii="Arial" w:eastAsiaTheme="minorHAnsi" w:hAnsi="Arial" w:cs="Arial"/>
          <w:bCs/>
          <w:i/>
          <w:iCs/>
        </w:rPr>
        <w:t>Also pray for me—that when I speak, God will give me words so that I can tell the secret truth about the Good News without fear</w:t>
      </w:r>
      <w:r>
        <w:rPr>
          <w:rFonts w:ascii="Arial" w:eastAsiaTheme="minorHAnsi" w:hAnsi="Arial" w:cs="Arial"/>
          <w:bCs/>
          <w:i/>
          <w:iCs/>
        </w:rPr>
        <w:tab/>
      </w:r>
      <w:r>
        <w:rPr>
          <w:rFonts w:ascii="Arial" w:eastAsiaTheme="minorHAnsi" w:hAnsi="Arial" w:cs="Arial"/>
          <w:bCs/>
          <w:i/>
          <w:iCs/>
        </w:rPr>
        <w:tab/>
      </w:r>
      <w:r>
        <w:rPr>
          <w:rFonts w:ascii="Arial" w:eastAsiaTheme="minorHAnsi" w:hAnsi="Arial" w:cs="Arial"/>
          <w:bCs/>
        </w:rPr>
        <w:t>Ephesians 6:19</w:t>
      </w:r>
    </w:p>
    <w:p w14:paraId="10D16759" w14:textId="77777777" w:rsidR="00605635" w:rsidRPr="00B36C43" w:rsidRDefault="00605635" w:rsidP="00605635">
      <w:pPr>
        <w:autoSpaceDE w:val="0"/>
        <w:autoSpaceDN w:val="0"/>
        <w:adjustRightInd w:val="0"/>
        <w:spacing w:after="0" w:line="240" w:lineRule="auto"/>
        <w:rPr>
          <w:rFonts w:ascii="Arial" w:eastAsiaTheme="minorHAnsi" w:hAnsi="Arial" w:cs="Arial"/>
          <w:b/>
          <w:bCs/>
        </w:rPr>
      </w:pPr>
    </w:p>
    <w:p w14:paraId="4C767FBF"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r>
        <w:rPr>
          <w:rFonts w:ascii="Arial" w:eastAsiaTheme="minorHAnsi" w:hAnsi="Arial" w:cs="Arial"/>
          <w:b/>
          <w:bCs/>
          <w:u w:val="single"/>
        </w:rPr>
        <w:t xml:space="preserve">The </w:t>
      </w:r>
      <w:r w:rsidRPr="00B36C43">
        <w:rPr>
          <w:rFonts w:ascii="Arial" w:eastAsiaTheme="minorHAnsi" w:hAnsi="Arial" w:cs="Arial"/>
          <w:b/>
          <w:bCs/>
          <w:u w:val="single"/>
        </w:rPr>
        <w:t xml:space="preserve">Church </w:t>
      </w:r>
    </w:p>
    <w:p w14:paraId="790FA7FC" w14:textId="77777777" w:rsidR="00605635" w:rsidRPr="009838C4" w:rsidRDefault="00605635" w:rsidP="00605635">
      <w:pPr>
        <w:spacing w:after="0" w:line="240" w:lineRule="auto"/>
        <w:rPr>
          <w:rFonts w:ascii="Arial" w:eastAsia="Times New Roman" w:hAnsi="Arial" w:cs="Arial"/>
          <w:color w:val="000000"/>
        </w:rPr>
      </w:pPr>
      <w:r w:rsidRPr="009E07EE">
        <w:rPr>
          <w:rFonts w:ascii="Arial" w:eastAsia="Times New Roman" w:hAnsi="Arial" w:cs="Arial"/>
          <w:i/>
          <w:iCs/>
          <w:color w:val="000000"/>
        </w:rPr>
        <w:t xml:space="preserve">There should be no division in the body, but that its parts should have equal concern for each other. If one part suffers, every part suffers with it; if one part is honored, every part rejoices with it. </w:t>
      </w:r>
      <w:r w:rsidRPr="009E07EE">
        <w:rPr>
          <w:rFonts w:ascii="Arial" w:eastAsia="Times New Roman" w:hAnsi="Arial" w:cs="Arial"/>
          <w:b/>
          <w:bCs/>
          <w:i/>
          <w:iCs/>
          <w:color w:val="000000"/>
          <w:vertAlign w:val="superscript"/>
        </w:rPr>
        <w:t> </w:t>
      </w:r>
      <w:r w:rsidRPr="009E07EE">
        <w:rPr>
          <w:rFonts w:ascii="Arial" w:eastAsia="Times New Roman" w:hAnsi="Arial" w:cs="Arial"/>
          <w:i/>
          <w:iCs/>
          <w:color w:val="000000"/>
        </w:rPr>
        <w:t>Now you are the body of Christ, and each one of you is a part of it</w:t>
      </w:r>
      <w:r w:rsidRPr="009838C4">
        <w:rPr>
          <w:rFonts w:ascii="Arial" w:eastAsia="Times New Roman" w:hAnsi="Arial" w:cs="Arial"/>
          <w:color w:val="000000"/>
        </w:rPr>
        <w:t>.</w:t>
      </w:r>
      <w:r>
        <w:rPr>
          <w:rFonts w:ascii="Arial" w:eastAsia="Times New Roman" w:hAnsi="Arial" w:cs="Arial"/>
          <w:color w:val="000000"/>
        </w:rPr>
        <w:t xml:space="preserve">   1 Corinthians 12: 25-27</w:t>
      </w:r>
    </w:p>
    <w:p w14:paraId="68AC7A70" w14:textId="77777777" w:rsidR="00605635" w:rsidRPr="00B36C43" w:rsidRDefault="00605635" w:rsidP="00605635">
      <w:pPr>
        <w:pStyle w:val="Default"/>
        <w:rPr>
          <w:rFonts w:ascii="Arial" w:hAnsi="Arial" w:cs="Arial"/>
          <w:b/>
          <w:bCs/>
          <w:sz w:val="22"/>
          <w:szCs w:val="22"/>
          <w:u w:val="single"/>
        </w:rPr>
      </w:pPr>
    </w:p>
    <w:p w14:paraId="3BE1F953" w14:textId="77777777" w:rsidR="00605635" w:rsidRDefault="00605635" w:rsidP="00605635">
      <w:pPr>
        <w:autoSpaceDE w:val="0"/>
        <w:autoSpaceDN w:val="0"/>
        <w:adjustRightInd w:val="0"/>
        <w:spacing w:after="0" w:line="240" w:lineRule="auto"/>
        <w:rPr>
          <w:rFonts w:ascii="Arial" w:eastAsiaTheme="minorHAnsi" w:hAnsi="Arial" w:cs="Arial"/>
        </w:rPr>
      </w:pPr>
      <w:r>
        <w:rPr>
          <w:rFonts w:ascii="Arial" w:eastAsiaTheme="minorHAnsi" w:hAnsi="Arial" w:cs="Arial"/>
          <w:b/>
          <w:u w:val="single"/>
        </w:rPr>
        <w:t>Church Leaders</w:t>
      </w:r>
    </w:p>
    <w:p w14:paraId="6726A870" w14:textId="77777777" w:rsidR="00605635" w:rsidRPr="00E97E70" w:rsidRDefault="00605635" w:rsidP="00605635">
      <w:pPr>
        <w:autoSpaceDE w:val="0"/>
        <w:autoSpaceDN w:val="0"/>
        <w:adjustRightInd w:val="0"/>
        <w:spacing w:after="0" w:line="240" w:lineRule="auto"/>
        <w:rPr>
          <w:rFonts w:ascii="Arial" w:eastAsiaTheme="minorHAnsi" w:hAnsi="Arial" w:cs="Arial"/>
        </w:rPr>
      </w:pPr>
      <w:r w:rsidRPr="009E07EE">
        <w:rPr>
          <w:rFonts w:ascii="Arial" w:eastAsiaTheme="minorHAnsi" w:hAnsi="Arial" w:cs="Arial"/>
          <w:i/>
          <w:iCs/>
        </w:rPr>
        <w:t>Have confidence in your leaders and submit to their authority, because they keep watch over you as those who must give an account. Do this so that their work will be a joy, not a burden, for that would be of no benefit to you</w:t>
      </w:r>
      <w:r>
        <w:rPr>
          <w:rFonts w:ascii="Arial" w:eastAsiaTheme="minorHAnsi" w:hAnsi="Arial" w:cs="Arial"/>
        </w:rPr>
        <w:t>.</w:t>
      </w:r>
      <w:r>
        <w:rPr>
          <w:rFonts w:ascii="Arial" w:eastAsiaTheme="minorHAnsi" w:hAnsi="Arial" w:cs="Arial"/>
        </w:rPr>
        <w:tab/>
        <w:t>Hebrews 13:17</w:t>
      </w:r>
    </w:p>
    <w:p w14:paraId="5118AEDF" w14:textId="77777777" w:rsidR="00605635" w:rsidRPr="00B36C43" w:rsidRDefault="00605635" w:rsidP="00605635">
      <w:pPr>
        <w:autoSpaceDE w:val="0"/>
        <w:autoSpaceDN w:val="0"/>
        <w:adjustRightInd w:val="0"/>
        <w:spacing w:after="0" w:line="240" w:lineRule="auto"/>
        <w:rPr>
          <w:rFonts w:ascii="Arial" w:eastAsiaTheme="minorHAnsi" w:hAnsi="Arial" w:cs="Arial"/>
          <w:b/>
          <w:bCs/>
        </w:rPr>
      </w:pPr>
    </w:p>
    <w:p w14:paraId="3AF98737" w14:textId="77777777" w:rsidR="00605635" w:rsidRPr="00B36C43" w:rsidRDefault="00605635" w:rsidP="00605635">
      <w:pPr>
        <w:autoSpaceDE w:val="0"/>
        <w:autoSpaceDN w:val="0"/>
        <w:adjustRightInd w:val="0"/>
        <w:spacing w:after="0" w:line="240" w:lineRule="auto"/>
        <w:rPr>
          <w:rFonts w:ascii="Arial" w:eastAsiaTheme="minorHAnsi" w:hAnsi="Arial" w:cs="Arial"/>
          <w:b/>
          <w:bCs/>
          <w:u w:val="single"/>
        </w:rPr>
      </w:pPr>
      <w:r>
        <w:rPr>
          <w:rFonts w:ascii="Arial" w:eastAsiaTheme="minorHAnsi" w:hAnsi="Arial" w:cs="Arial"/>
          <w:b/>
          <w:bCs/>
          <w:u w:val="single"/>
        </w:rPr>
        <w:t>Government Leaders</w:t>
      </w:r>
    </w:p>
    <w:p w14:paraId="11C51988" w14:textId="77777777" w:rsidR="00605635" w:rsidRPr="00B36C43" w:rsidRDefault="00605635" w:rsidP="00605635">
      <w:pPr>
        <w:autoSpaceDE w:val="0"/>
        <w:autoSpaceDN w:val="0"/>
        <w:adjustRightInd w:val="0"/>
        <w:spacing w:after="0" w:line="240" w:lineRule="auto"/>
        <w:rPr>
          <w:rFonts w:ascii="Arial" w:eastAsiaTheme="minorHAnsi" w:hAnsi="Arial" w:cs="Arial"/>
        </w:rPr>
      </w:pPr>
      <w:r w:rsidRPr="009E07EE">
        <w:rPr>
          <w:rStyle w:val="Strong"/>
          <w:rFonts w:ascii="&amp;quot" w:hAnsi="&amp;quot"/>
          <w:i/>
          <w:iCs/>
          <w:color w:val="333333"/>
        </w:rPr>
        <w:t> </w:t>
      </w:r>
      <w:r w:rsidRPr="009E07EE">
        <w:rPr>
          <w:rFonts w:ascii="Arial" w:hAnsi="Arial" w:cs="Arial"/>
          <w:i/>
          <w:iCs/>
          <w:color w:val="333333"/>
        </w:rPr>
        <w:t xml:space="preserve">I urge, then, </w:t>
      </w:r>
      <w:proofErr w:type="gramStart"/>
      <w:r w:rsidRPr="009E07EE">
        <w:rPr>
          <w:rFonts w:ascii="Arial" w:hAnsi="Arial" w:cs="Arial"/>
          <w:i/>
          <w:iCs/>
          <w:color w:val="333333"/>
        </w:rPr>
        <w:t>first of all</w:t>
      </w:r>
      <w:proofErr w:type="gramEnd"/>
      <w:r w:rsidRPr="009E07EE">
        <w:rPr>
          <w:rFonts w:ascii="Arial" w:hAnsi="Arial" w:cs="Arial"/>
          <w:i/>
          <w:iCs/>
          <w:color w:val="333333"/>
        </w:rPr>
        <w:t>, that petitions, prayers, intercession and thanksgiving be made for all people; for kings and all those in authority, that we may live peaceful and quiet lives in all godliness and holiness.</w:t>
      </w:r>
      <w:r>
        <w:rPr>
          <w:rFonts w:ascii="Arial" w:hAnsi="Arial" w:cs="Arial"/>
          <w:color w:val="333333"/>
        </w:rPr>
        <w:tab/>
        <w:t xml:space="preserve">1 Timothy 2:1-2 </w:t>
      </w:r>
    </w:p>
    <w:p w14:paraId="517133FF" w14:textId="77777777" w:rsidR="00605635" w:rsidRDefault="00605635" w:rsidP="00605635">
      <w:pPr>
        <w:autoSpaceDE w:val="0"/>
        <w:autoSpaceDN w:val="0"/>
        <w:adjustRightInd w:val="0"/>
        <w:spacing w:after="0" w:line="240" w:lineRule="auto"/>
        <w:rPr>
          <w:rFonts w:ascii="Arial" w:hAnsi="Arial" w:cs="Arial"/>
        </w:rPr>
      </w:pPr>
    </w:p>
    <w:p w14:paraId="7EE4A350" w14:textId="77777777" w:rsidR="00605635" w:rsidRDefault="00605635" w:rsidP="00605635">
      <w:pPr>
        <w:autoSpaceDE w:val="0"/>
        <w:autoSpaceDN w:val="0"/>
        <w:adjustRightInd w:val="0"/>
        <w:spacing w:after="0" w:line="240" w:lineRule="auto"/>
        <w:jc w:val="center"/>
        <w:rPr>
          <w:rFonts w:ascii="Arial" w:hAnsi="Arial" w:cs="Arial"/>
        </w:rPr>
      </w:pPr>
    </w:p>
    <w:p w14:paraId="245A2090" w14:textId="77777777" w:rsidR="00605635" w:rsidRDefault="00605635" w:rsidP="00605635">
      <w:pPr>
        <w:spacing w:after="0" w:line="240" w:lineRule="auto"/>
        <w:jc w:val="right"/>
        <w:rPr>
          <w:rFonts w:ascii="Arial" w:hAnsi="Arial" w:cs="Arial"/>
          <w:b/>
          <w:sz w:val="32"/>
          <w:szCs w:val="32"/>
        </w:rPr>
      </w:pPr>
      <w:r>
        <w:rPr>
          <w:noProof/>
        </w:rPr>
        <w:lastRenderedPageBreak/>
        <w:drawing>
          <wp:inline distT="0" distB="0" distL="0" distR="0" wp14:anchorId="09FF9CC7" wp14:editId="2E2E38E3">
            <wp:extent cx="1683904" cy="1040615"/>
            <wp:effectExtent l="0" t="0" r="0" b="7620"/>
            <wp:docPr id="10" name="Picture 10" descr="Image result for day 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y 1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1041" cy="1075924"/>
                    </a:xfrm>
                    <a:prstGeom prst="rect">
                      <a:avLst/>
                    </a:prstGeom>
                    <a:noFill/>
                    <a:ln>
                      <a:noFill/>
                    </a:ln>
                  </pic:spPr>
                </pic:pic>
              </a:graphicData>
            </a:graphic>
          </wp:inline>
        </w:drawing>
      </w:r>
    </w:p>
    <w:p w14:paraId="309FE864" w14:textId="7CE6750C" w:rsidR="00605635" w:rsidRPr="00861E58" w:rsidRDefault="00605635" w:rsidP="00605635">
      <w:pPr>
        <w:spacing w:after="0" w:line="240" w:lineRule="auto"/>
        <w:rPr>
          <w:rFonts w:ascii="Arial" w:hAnsi="Arial" w:cs="Arial"/>
          <w:b/>
          <w:color w:val="7030A0"/>
          <w:sz w:val="32"/>
          <w:szCs w:val="32"/>
        </w:rPr>
      </w:pPr>
      <w:r w:rsidRPr="00861E58">
        <w:rPr>
          <w:rFonts w:ascii="Arial" w:hAnsi="Arial" w:cs="Arial"/>
          <w:b/>
          <w:color w:val="7030A0"/>
          <w:sz w:val="32"/>
          <w:szCs w:val="32"/>
        </w:rPr>
        <w:t xml:space="preserve">DAY 1- </w:t>
      </w:r>
      <w:r w:rsidR="00861E58" w:rsidRPr="00861E58">
        <w:rPr>
          <w:rFonts w:ascii="Arial" w:hAnsi="Arial" w:cs="Arial"/>
          <w:b/>
          <w:color w:val="7030A0"/>
          <w:sz w:val="32"/>
          <w:szCs w:val="32"/>
        </w:rPr>
        <w:t>MONDAY, MARCH</w:t>
      </w:r>
      <w:r w:rsidRPr="00861E58">
        <w:rPr>
          <w:rFonts w:ascii="Arial" w:hAnsi="Arial" w:cs="Arial"/>
          <w:b/>
          <w:color w:val="7030A0"/>
          <w:sz w:val="32"/>
          <w:szCs w:val="32"/>
        </w:rPr>
        <w:t xml:space="preserve"> 30, 2026</w:t>
      </w:r>
    </w:p>
    <w:p w14:paraId="01A30106" w14:textId="77777777" w:rsidR="00605635" w:rsidRPr="00116038" w:rsidRDefault="00605635" w:rsidP="00605635">
      <w:pPr>
        <w:spacing w:after="0" w:line="240" w:lineRule="auto"/>
        <w:rPr>
          <w:rFonts w:ascii="Arial" w:hAnsi="Arial" w:cs="Arial"/>
          <w:b/>
          <w:sz w:val="24"/>
          <w:szCs w:val="24"/>
        </w:rPr>
      </w:pPr>
    </w:p>
    <w:p w14:paraId="656AFB99" w14:textId="77777777" w:rsidR="00605635" w:rsidRDefault="00605635" w:rsidP="00605635">
      <w:pPr>
        <w:pStyle w:val="Default"/>
        <w:rPr>
          <w:rFonts w:ascii="Arial" w:hAnsi="Arial" w:cs="Arial"/>
          <w:sz w:val="22"/>
          <w:szCs w:val="22"/>
        </w:rPr>
      </w:pPr>
    </w:p>
    <w:p w14:paraId="5443142B" w14:textId="77777777" w:rsidR="00605635" w:rsidRPr="00116038" w:rsidRDefault="00605635" w:rsidP="00605635">
      <w:pPr>
        <w:spacing w:after="0" w:line="240" w:lineRule="auto"/>
        <w:jc w:val="center"/>
        <w:rPr>
          <w:rFonts w:ascii="Arial" w:hAnsi="Arial" w:cs="Arial"/>
          <w:b/>
          <w:sz w:val="38"/>
          <w:szCs w:val="38"/>
          <w:u w:val="single"/>
        </w:rPr>
      </w:pPr>
      <w:r>
        <w:rPr>
          <w:rFonts w:ascii="Arial" w:hAnsi="Arial" w:cs="Arial"/>
          <w:b/>
          <w:sz w:val="38"/>
          <w:szCs w:val="38"/>
          <w:u w:val="single"/>
        </w:rPr>
        <w:t>LORD, PREPARE MY HEART</w:t>
      </w:r>
    </w:p>
    <w:p w14:paraId="2C699708" w14:textId="77777777" w:rsidR="00605635" w:rsidRPr="00B36C43" w:rsidRDefault="00605635" w:rsidP="00605635">
      <w:pPr>
        <w:spacing w:after="0" w:line="240" w:lineRule="auto"/>
        <w:rPr>
          <w:rFonts w:ascii="Arial" w:hAnsi="Arial" w:cs="Arial"/>
        </w:rPr>
      </w:pPr>
    </w:p>
    <w:p w14:paraId="69D3C67A" w14:textId="77777777" w:rsidR="00605635" w:rsidRPr="001917E0" w:rsidRDefault="00605635" w:rsidP="00605635">
      <w:pPr>
        <w:spacing w:after="0" w:line="240" w:lineRule="auto"/>
        <w:rPr>
          <w:rFonts w:ascii="Arial" w:hAnsi="Arial" w:cs="Arial"/>
          <w:i/>
          <w:iCs/>
        </w:rPr>
      </w:pPr>
      <w:r w:rsidRPr="00A56877">
        <w:rPr>
          <w:rFonts w:ascii="Arial" w:hAnsi="Arial" w:cs="Arial"/>
          <w:b/>
          <w:bCs/>
        </w:rPr>
        <w:t xml:space="preserve">MORNING- Psalm 51:7 – </w:t>
      </w:r>
      <w:r w:rsidRPr="001917E0">
        <w:rPr>
          <w:rFonts w:ascii="Arial" w:hAnsi="Arial" w:cs="Arial"/>
          <w:i/>
          <w:iCs/>
        </w:rPr>
        <w:t xml:space="preserve">Cleanse me with hyssop, and I will be clean; wash me and I will be whiter than snow.  </w:t>
      </w:r>
    </w:p>
    <w:p w14:paraId="7C72157A" w14:textId="77777777" w:rsidR="00605635" w:rsidRPr="00A56877" w:rsidRDefault="00605635" w:rsidP="00605635">
      <w:pPr>
        <w:spacing w:after="0" w:line="240" w:lineRule="auto"/>
        <w:rPr>
          <w:rFonts w:ascii="Arial" w:hAnsi="Arial" w:cs="Arial"/>
          <w:b/>
          <w:bCs/>
        </w:rPr>
      </w:pPr>
    </w:p>
    <w:p w14:paraId="3FAEDD62" w14:textId="77777777" w:rsidR="00605635" w:rsidRPr="001917E0" w:rsidRDefault="00605635" w:rsidP="00605635">
      <w:pPr>
        <w:spacing w:after="0" w:line="240" w:lineRule="auto"/>
        <w:rPr>
          <w:rFonts w:ascii="Arial" w:hAnsi="Arial" w:cs="Arial"/>
          <w:i/>
          <w:iCs/>
        </w:rPr>
      </w:pPr>
      <w:r w:rsidRPr="00A56877">
        <w:rPr>
          <w:rFonts w:ascii="Arial" w:hAnsi="Arial" w:cs="Arial"/>
          <w:b/>
          <w:bCs/>
        </w:rPr>
        <w:t xml:space="preserve">EVENING - Psalm 51:10- </w:t>
      </w:r>
      <w:r w:rsidRPr="001917E0">
        <w:rPr>
          <w:rFonts w:ascii="Arial" w:hAnsi="Arial" w:cs="Arial"/>
          <w:i/>
          <w:iCs/>
        </w:rPr>
        <w:t>Create in me a pure heart, O God, and renew a right spirit within me,</w:t>
      </w:r>
    </w:p>
    <w:p w14:paraId="326FE061" w14:textId="77777777" w:rsidR="00605635" w:rsidRDefault="00605635" w:rsidP="00605635">
      <w:pPr>
        <w:spacing w:after="0" w:line="240" w:lineRule="auto"/>
        <w:rPr>
          <w:rFonts w:ascii="Arial" w:hAnsi="Arial" w:cs="Arial"/>
        </w:rPr>
      </w:pPr>
    </w:p>
    <w:p w14:paraId="08FFB2AC" w14:textId="77777777" w:rsidR="00605635" w:rsidRPr="00A56877" w:rsidRDefault="00605635" w:rsidP="00605635">
      <w:pPr>
        <w:spacing w:after="0" w:line="240" w:lineRule="auto"/>
        <w:rPr>
          <w:rFonts w:ascii="Arial" w:hAnsi="Arial" w:cs="Arial"/>
        </w:rPr>
      </w:pPr>
      <w:r w:rsidRPr="00A56877">
        <w:rPr>
          <w:rFonts w:ascii="Arial" w:hAnsi="Arial" w:cs="Arial"/>
        </w:rPr>
        <w:t xml:space="preserve">As we begin our fasting devotional journey, under the theme "Walking </w:t>
      </w:r>
      <w:proofErr w:type="gramStart"/>
      <w:r w:rsidRPr="00A56877">
        <w:rPr>
          <w:rFonts w:ascii="Arial" w:hAnsi="Arial" w:cs="Arial"/>
        </w:rPr>
        <w:t>In</w:t>
      </w:r>
      <w:proofErr w:type="gramEnd"/>
      <w:r w:rsidRPr="00A56877">
        <w:rPr>
          <w:rFonts w:ascii="Arial" w:hAnsi="Arial" w:cs="Arial"/>
        </w:rPr>
        <w:t xml:space="preserve"> the Authority of God," let us ask the Lord to prepare our hearts as </w:t>
      </w:r>
      <w:r w:rsidRPr="00A56877">
        <w:rPr>
          <w:rFonts w:ascii="Arial" w:hAnsi="Arial" w:cs="Arial"/>
          <w:b/>
          <w:bCs/>
        </w:rPr>
        <w:t>a sacred place</w:t>
      </w:r>
      <w:r w:rsidRPr="00A56877">
        <w:rPr>
          <w:rFonts w:ascii="Arial" w:hAnsi="Arial" w:cs="Arial"/>
        </w:rPr>
        <w:t xml:space="preserve">, </w:t>
      </w:r>
      <w:r w:rsidRPr="00A56877">
        <w:rPr>
          <w:rFonts w:ascii="Arial" w:hAnsi="Arial" w:cs="Arial"/>
          <w:b/>
          <w:bCs/>
        </w:rPr>
        <w:t>set apart</w:t>
      </w:r>
      <w:r w:rsidRPr="00A56877">
        <w:rPr>
          <w:rFonts w:ascii="Arial" w:hAnsi="Arial" w:cs="Arial"/>
        </w:rPr>
        <w:t xml:space="preserve"> for God's presence to enter in.  As we seek to become vessels where God's Spirit may dwell, allow him to shape our thoughts, words, and actions. Perhaps we have gotten off track or allowed “unwanted” visitors, to come into our spirit. The hyssop plant is used as a divine metaphor for purification and cleansing the inside of our hearts and minds.</w:t>
      </w:r>
    </w:p>
    <w:p w14:paraId="54762442" w14:textId="77777777" w:rsidR="00605635" w:rsidRDefault="00605635" w:rsidP="00605635">
      <w:pPr>
        <w:spacing w:after="0" w:line="240" w:lineRule="auto"/>
        <w:rPr>
          <w:rFonts w:ascii="Arial" w:hAnsi="Arial" w:cs="Arial"/>
        </w:rPr>
      </w:pPr>
    </w:p>
    <w:p w14:paraId="5359E585" w14:textId="77777777" w:rsidR="00605635" w:rsidRPr="00A56877" w:rsidRDefault="00605635" w:rsidP="00605635">
      <w:pPr>
        <w:spacing w:after="0" w:line="240" w:lineRule="auto"/>
        <w:rPr>
          <w:rFonts w:ascii="Arial" w:hAnsi="Arial" w:cs="Arial"/>
        </w:rPr>
      </w:pPr>
    </w:p>
    <w:p w14:paraId="3AC70E96" w14:textId="77777777" w:rsidR="00605635" w:rsidRPr="00A56877" w:rsidRDefault="00605635" w:rsidP="00605635">
      <w:pPr>
        <w:spacing w:after="0" w:line="240" w:lineRule="auto"/>
        <w:rPr>
          <w:rFonts w:ascii="Arial" w:hAnsi="Arial" w:cs="Arial"/>
        </w:rPr>
      </w:pPr>
      <w:r w:rsidRPr="00A56877">
        <w:rPr>
          <w:rFonts w:ascii="Arial" w:hAnsi="Arial" w:cs="Arial"/>
          <w:b/>
          <w:bCs/>
        </w:rPr>
        <w:t>Supplication</w:t>
      </w:r>
      <w:r w:rsidRPr="00A56877">
        <w:rPr>
          <w:rFonts w:ascii="Arial" w:hAnsi="Arial" w:cs="Arial"/>
        </w:rPr>
        <w:t>: Invite God to cleanse us today—to remove anything that stands between us and his perfect will</w:t>
      </w:r>
      <w:r w:rsidRPr="00A56877">
        <w:rPr>
          <w:rFonts w:ascii="Arial" w:hAnsi="Arial" w:cs="Arial"/>
          <w:b/>
          <w:bCs/>
        </w:rPr>
        <w:t>. Let us Surrender our hearts</w:t>
      </w:r>
      <w:r w:rsidRPr="00A56877">
        <w:rPr>
          <w:rFonts w:ascii="Arial" w:hAnsi="Arial" w:cs="Arial"/>
        </w:rPr>
        <w:t xml:space="preserve">, </w:t>
      </w:r>
      <w:r w:rsidRPr="00A56877">
        <w:rPr>
          <w:rFonts w:ascii="Arial" w:hAnsi="Arial" w:cs="Arial"/>
          <w:b/>
          <w:bCs/>
        </w:rPr>
        <w:t>our minds</w:t>
      </w:r>
      <w:r w:rsidRPr="00A56877">
        <w:rPr>
          <w:rFonts w:ascii="Arial" w:hAnsi="Arial" w:cs="Arial"/>
        </w:rPr>
        <w:t xml:space="preserve"> </w:t>
      </w:r>
      <w:r w:rsidRPr="00A56877">
        <w:rPr>
          <w:rFonts w:ascii="Arial" w:hAnsi="Arial" w:cs="Arial"/>
          <w:b/>
          <w:bCs/>
        </w:rPr>
        <w:t xml:space="preserve">and our bodies. </w:t>
      </w:r>
      <w:r w:rsidRPr="00A56877">
        <w:rPr>
          <w:rFonts w:ascii="Arial" w:hAnsi="Arial" w:cs="Arial"/>
        </w:rPr>
        <w:t xml:space="preserve">Invite Him in our lives to </w:t>
      </w:r>
      <w:r w:rsidRPr="00A56877">
        <w:rPr>
          <w:rFonts w:ascii="Arial" w:hAnsi="Arial" w:cs="Arial"/>
          <w:b/>
          <w:bCs/>
        </w:rPr>
        <w:t>purify</w:t>
      </w:r>
      <w:r w:rsidRPr="00A56877">
        <w:rPr>
          <w:rFonts w:ascii="Arial" w:hAnsi="Arial" w:cs="Arial"/>
        </w:rPr>
        <w:t xml:space="preserve"> and </w:t>
      </w:r>
      <w:r w:rsidRPr="00A56877">
        <w:rPr>
          <w:rFonts w:ascii="Arial" w:hAnsi="Arial" w:cs="Arial"/>
          <w:b/>
          <w:bCs/>
        </w:rPr>
        <w:t>renew</w:t>
      </w:r>
      <w:r w:rsidRPr="00A56877">
        <w:rPr>
          <w:rFonts w:ascii="Arial" w:hAnsi="Arial" w:cs="Arial"/>
        </w:rPr>
        <w:t xml:space="preserve"> us.</w:t>
      </w:r>
    </w:p>
    <w:p w14:paraId="01876038" w14:textId="77777777" w:rsidR="00605635" w:rsidRDefault="00605635" w:rsidP="00605635">
      <w:pPr>
        <w:spacing w:after="0" w:line="240" w:lineRule="auto"/>
        <w:rPr>
          <w:rFonts w:ascii="Arial" w:hAnsi="Arial" w:cs="Arial"/>
        </w:rPr>
      </w:pPr>
    </w:p>
    <w:p w14:paraId="41830203" w14:textId="77777777" w:rsidR="00605635" w:rsidRPr="00A56877" w:rsidRDefault="00605635" w:rsidP="00605635">
      <w:pPr>
        <w:spacing w:after="0" w:line="240" w:lineRule="auto"/>
        <w:rPr>
          <w:rFonts w:ascii="Arial" w:hAnsi="Arial" w:cs="Arial"/>
        </w:rPr>
      </w:pPr>
      <w:r w:rsidRPr="00A56877">
        <w:rPr>
          <w:rFonts w:ascii="Arial" w:hAnsi="Arial" w:cs="Arial"/>
        </w:rPr>
        <w:t xml:space="preserve"> </w:t>
      </w:r>
    </w:p>
    <w:p w14:paraId="59F0F35F" w14:textId="77777777" w:rsidR="00605635" w:rsidRPr="00A56877" w:rsidRDefault="00605635" w:rsidP="00605635">
      <w:pPr>
        <w:spacing w:after="0" w:line="240" w:lineRule="auto"/>
        <w:rPr>
          <w:rFonts w:ascii="Arial" w:hAnsi="Arial" w:cs="Arial"/>
          <w:b/>
          <w:bCs/>
        </w:rPr>
      </w:pPr>
      <w:r w:rsidRPr="00A56877">
        <w:rPr>
          <w:rFonts w:ascii="Arial" w:hAnsi="Arial" w:cs="Arial"/>
          <w:b/>
          <w:bCs/>
        </w:rPr>
        <w:t>Prayer Guide:</w:t>
      </w:r>
    </w:p>
    <w:p w14:paraId="0BB5775B" w14:textId="77777777" w:rsidR="00605635" w:rsidRPr="00A56877" w:rsidRDefault="00605635" w:rsidP="00605635">
      <w:pPr>
        <w:spacing w:after="0" w:line="240" w:lineRule="auto"/>
        <w:rPr>
          <w:rFonts w:ascii="Arial" w:hAnsi="Arial" w:cs="Arial"/>
        </w:rPr>
      </w:pPr>
      <w:r w:rsidRPr="00A56877">
        <w:rPr>
          <w:rFonts w:ascii="Arial" w:hAnsi="Arial" w:cs="Arial"/>
        </w:rPr>
        <w:t xml:space="preserve">Lord, I ask you to wash me inside out. </w:t>
      </w:r>
      <w:r w:rsidRPr="00A56877">
        <w:rPr>
          <w:rFonts w:ascii="Arial" w:hAnsi="Arial" w:cs="Arial"/>
          <w:color w:val="000000"/>
        </w:rPr>
        <w:t>Please forgive my actions that displease you.</w:t>
      </w:r>
    </w:p>
    <w:p w14:paraId="4BB08A7E" w14:textId="77777777" w:rsidR="00605635" w:rsidRPr="00A56877" w:rsidRDefault="00605635" w:rsidP="00605635">
      <w:pPr>
        <w:spacing w:after="0" w:line="240" w:lineRule="auto"/>
        <w:rPr>
          <w:rFonts w:ascii="Arial" w:hAnsi="Arial" w:cs="Arial"/>
        </w:rPr>
      </w:pPr>
      <w:r w:rsidRPr="00A56877">
        <w:rPr>
          <w:rFonts w:ascii="Arial" w:hAnsi="Arial" w:cs="Arial"/>
        </w:rPr>
        <w:t xml:space="preserve"> Help me to walk in Your authority and reflect Your love in all I do. Amen."</w:t>
      </w:r>
    </w:p>
    <w:p w14:paraId="4EBDD299" w14:textId="77777777" w:rsidR="00605635" w:rsidRDefault="00605635" w:rsidP="00605635">
      <w:pPr>
        <w:spacing w:after="0" w:line="360" w:lineRule="auto"/>
        <w:rPr>
          <w:rFonts w:ascii="Arial" w:hAnsi="Arial" w:cs="Arial"/>
        </w:rPr>
      </w:pPr>
    </w:p>
    <w:p w14:paraId="634514B7" w14:textId="77777777" w:rsidR="00605635" w:rsidRDefault="00605635" w:rsidP="00605635">
      <w:pPr>
        <w:spacing w:after="0" w:line="360" w:lineRule="auto"/>
        <w:jc w:val="center"/>
        <w:rPr>
          <w:rFonts w:ascii="Arial" w:hAnsi="Arial" w:cs="Arial"/>
        </w:rPr>
      </w:pPr>
      <w:r>
        <w:rPr>
          <w:rFonts w:ascii="Arial" w:hAnsi="Arial" w:cs="Arial"/>
          <w:noProof/>
        </w:rPr>
        <w:drawing>
          <wp:inline distT="0" distB="0" distL="0" distR="0" wp14:anchorId="3E4937F4" wp14:editId="6F234255">
            <wp:extent cx="2087880" cy="1197461"/>
            <wp:effectExtent l="0" t="0" r="7620" b="3175"/>
            <wp:docPr id="531937043" name="Picture 18" descr="A person raising their hands in front of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37043" name="Picture 18" descr="A person raising their hands in front of a crow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609" cy="1207629"/>
                    </a:xfrm>
                    <a:prstGeom prst="rect">
                      <a:avLst/>
                    </a:prstGeom>
                    <a:noFill/>
                  </pic:spPr>
                </pic:pic>
              </a:graphicData>
            </a:graphic>
          </wp:inline>
        </w:drawing>
      </w:r>
    </w:p>
    <w:p w14:paraId="6C38A837" w14:textId="77777777" w:rsidR="00605635" w:rsidRDefault="00605635" w:rsidP="00605635">
      <w:pPr>
        <w:spacing w:after="0" w:line="360" w:lineRule="auto"/>
        <w:rPr>
          <w:rFonts w:ascii="Arial" w:hAnsi="Arial" w:cs="Arial"/>
          <w:b/>
        </w:rPr>
      </w:pPr>
      <w:r>
        <w:rPr>
          <w:rFonts w:ascii="Arial" w:hAnsi="Arial" w:cs="Arial"/>
          <w:b/>
        </w:rPr>
        <w:t>NOTES:</w:t>
      </w:r>
    </w:p>
    <w:p w14:paraId="549A29DC" w14:textId="77777777" w:rsidR="00605635" w:rsidRDefault="00605635" w:rsidP="00605635">
      <w:pPr>
        <w:spacing w:after="0" w:line="360" w:lineRule="auto"/>
        <w:rPr>
          <w:rFonts w:ascii="Arial" w:hAnsi="Arial" w:cs="Arial"/>
        </w:rPr>
        <w:sectPr w:rsidR="00605635" w:rsidSect="00605635">
          <w:pgSz w:w="12240" w:h="15840"/>
          <w:pgMar w:top="900" w:right="1440" w:bottom="630" w:left="1440" w:header="720" w:footer="720" w:gutter="0"/>
          <w:cols w:space="720"/>
          <w:titlePg/>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4BBB5" w14:textId="77777777" w:rsidR="00605635" w:rsidRDefault="00605635" w:rsidP="00605635">
      <w:pPr>
        <w:spacing w:after="0" w:line="360" w:lineRule="auto"/>
        <w:rPr>
          <w:rFonts w:ascii="Arial" w:hAnsi="Arial" w:cs="Arial"/>
        </w:rPr>
      </w:pPr>
      <w:r>
        <w:rPr>
          <w:rFonts w:ascii="Arial" w:hAnsi="Arial" w:cs="Arial"/>
        </w:rPr>
        <w:t>____________________________________________________________________________</w:t>
      </w:r>
    </w:p>
    <w:p w14:paraId="1CE1DFFB" w14:textId="77777777" w:rsidR="00605635" w:rsidRDefault="00605635" w:rsidP="00605635">
      <w:pPr>
        <w:jc w:val="center"/>
        <w:rPr>
          <w:rFonts w:ascii="Arial" w:hAnsi="Arial" w:cs="Arial"/>
        </w:rPr>
      </w:pPr>
      <w:r>
        <w:rPr>
          <w:rFonts w:ascii="Arial" w:hAnsi="Arial" w:cs="Arial"/>
          <w:noProof/>
          <w:color w:val="001BA0"/>
          <w:sz w:val="20"/>
          <w:szCs w:val="20"/>
          <w:lang w:val="en"/>
        </w:rPr>
        <w:lastRenderedPageBreak/>
        <w:drawing>
          <wp:inline distT="0" distB="0" distL="0" distR="0" wp14:anchorId="4EA6DFB6" wp14:editId="72E11F95">
            <wp:extent cx="1507067" cy="1339615"/>
            <wp:effectExtent l="0" t="0" r="0" b="0"/>
            <wp:docPr id="36" name="Picture 36" descr="Image result for Day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y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406" cy="1342583"/>
                    </a:xfrm>
                    <a:prstGeom prst="rect">
                      <a:avLst/>
                    </a:prstGeom>
                    <a:noFill/>
                    <a:ln>
                      <a:noFill/>
                    </a:ln>
                  </pic:spPr>
                </pic:pic>
              </a:graphicData>
            </a:graphic>
          </wp:inline>
        </w:drawing>
      </w:r>
    </w:p>
    <w:p w14:paraId="205A4FC4" w14:textId="7FA18708" w:rsidR="00605635" w:rsidRPr="00861E58" w:rsidRDefault="00605635" w:rsidP="00605635">
      <w:pPr>
        <w:rPr>
          <w:rFonts w:ascii="Arial" w:hAnsi="Arial" w:cs="Arial"/>
          <w:b/>
          <w:color w:val="7030A0"/>
          <w:sz w:val="32"/>
          <w:szCs w:val="32"/>
        </w:rPr>
      </w:pPr>
      <w:r w:rsidRPr="00861E58">
        <w:rPr>
          <w:rFonts w:ascii="Arial" w:hAnsi="Arial" w:cs="Arial"/>
          <w:b/>
          <w:color w:val="7030A0"/>
          <w:sz w:val="32"/>
          <w:szCs w:val="32"/>
        </w:rPr>
        <w:t>DAY 2 –</w:t>
      </w:r>
      <w:r w:rsidR="00861E58" w:rsidRPr="00861E58">
        <w:rPr>
          <w:rFonts w:ascii="Arial" w:hAnsi="Arial" w:cs="Arial"/>
          <w:b/>
          <w:color w:val="7030A0"/>
          <w:sz w:val="32"/>
          <w:szCs w:val="32"/>
        </w:rPr>
        <w:t>TUESDAY,</w:t>
      </w:r>
      <w:r w:rsidRPr="00861E58">
        <w:rPr>
          <w:rFonts w:ascii="Arial" w:hAnsi="Arial" w:cs="Arial"/>
          <w:b/>
          <w:color w:val="7030A0"/>
          <w:sz w:val="32"/>
          <w:szCs w:val="32"/>
        </w:rPr>
        <w:t xml:space="preserve"> MARCH 31, 2026</w:t>
      </w:r>
    </w:p>
    <w:p w14:paraId="43B2D2CB" w14:textId="77777777" w:rsidR="00605635" w:rsidRDefault="00605635" w:rsidP="00605635">
      <w:pPr>
        <w:jc w:val="center"/>
        <w:rPr>
          <w:rFonts w:ascii="Arial" w:hAnsi="Arial" w:cs="Arial"/>
          <w:b/>
        </w:rPr>
      </w:pPr>
      <w:r>
        <w:rPr>
          <w:rFonts w:ascii="Arial" w:hAnsi="Arial" w:cs="Arial"/>
          <w:b/>
          <w:sz w:val="32"/>
          <w:szCs w:val="32"/>
          <w:u w:val="single"/>
        </w:rPr>
        <w:t>GUIDE ME</w:t>
      </w:r>
    </w:p>
    <w:p w14:paraId="3E4D7F40" w14:textId="77777777" w:rsidR="00605635" w:rsidRPr="00B91648" w:rsidRDefault="00605635" w:rsidP="00605635">
      <w:pPr>
        <w:spacing w:after="0" w:line="240" w:lineRule="auto"/>
        <w:rPr>
          <w:rFonts w:ascii="Arial" w:hAnsi="Arial" w:cs="Arial"/>
          <w:color w:val="000000"/>
        </w:rPr>
      </w:pPr>
      <w:r w:rsidRPr="00B91648">
        <w:rPr>
          <w:rFonts w:ascii="Arial" w:hAnsi="Arial" w:cs="Arial"/>
          <w:color w:val="000000"/>
        </w:rPr>
        <w:t>Note: To "walk in authority," you must know which direction to go.</w:t>
      </w:r>
    </w:p>
    <w:p w14:paraId="3E179B5C" w14:textId="77777777" w:rsidR="00605635" w:rsidRPr="00B91648" w:rsidRDefault="00605635" w:rsidP="00605635">
      <w:pPr>
        <w:spacing w:after="0" w:line="240" w:lineRule="auto"/>
        <w:rPr>
          <w:rFonts w:ascii="Arial" w:hAnsi="Arial" w:cs="Arial"/>
          <w:color w:val="000000"/>
        </w:rPr>
      </w:pPr>
    </w:p>
    <w:p w14:paraId="2AAFDB7C" w14:textId="77777777" w:rsidR="00605635" w:rsidRPr="003F686D" w:rsidRDefault="00605635" w:rsidP="00605635">
      <w:pPr>
        <w:spacing w:after="0" w:line="240" w:lineRule="auto"/>
        <w:rPr>
          <w:rFonts w:ascii="Arial" w:hAnsi="Arial" w:cs="Arial"/>
          <w:i/>
          <w:iCs/>
          <w:color w:val="000000"/>
        </w:rPr>
      </w:pPr>
      <w:r w:rsidRPr="00B91648">
        <w:rPr>
          <w:rFonts w:ascii="Arial" w:hAnsi="Arial" w:cs="Arial"/>
          <w:b/>
          <w:bCs/>
          <w:color w:val="000000"/>
        </w:rPr>
        <w:t xml:space="preserve">MORNING: Psalm 37:23 </w:t>
      </w:r>
      <w:r w:rsidRPr="003F686D">
        <w:rPr>
          <w:rFonts w:ascii="Arial" w:hAnsi="Arial" w:cs="Arial"/>
          <w:i/>
          <w:iCs/>
          <w:color w:val="000000"/>
        </w:rPr>
        <w:t>The LORD directs the steps of the godly, He delights in every detail of their lives.</w:t>
      </w:r>
    </w:p>
    <w:p w14:paraId="3783ED54" w14:textId="77777777" w:rsidR="00605635" w:rsidRDefault="00605635" w:rsidP="00605635">
      <w:pPr>
        <w:spacing w:after="0" w:line="240" w:lineRule="auto"/>
        <w:rPr>
          <w:rFonts w:ascii="Arial" w:hAnsi="Arial" w:cs="Arial"/>
          <w:b/>
          <w:bCs/>
          <w:color w:val="000000"/>
        </w:rPr>
      </w:pPr>
    </w:p>
    <w:p w14:paraId="5B347BB7" w14:textId="77777777" w:rsidR="00605635" w:rsidRPr="003F686D" w:rsidRDefault="00605635" w:rsidP="00605635">
      <w:pPr>
        <w:spacing w:after="0" w:line="240" w:lineRule="auto"/>
        <w:rPr>
          <w:rFonts w:ascii="Arial" w:hAnsi="Arial" w:cs="Arial"/>
          <w:color w:val="000000"/>
        </w:rPr>
      </w:pPr>
      <w:r w:rsidRPr="00B91648">
        <w:rPr>
          <w:rFonts w:ascii="Arial" w:hAnsi="Arial" w:cs="Arial"/>
          <w:b/>
          <w:bCs/>
          <w:color w:val="000000"/>
        </w:rPr>
        <w:t>EVENING: Isaiah 30:21</w:t>
      </w:r>
      <w:r>
        <w:rPr>
          <w:rFonts w:ascii="Arial" w:hAnsi="Arial" w:cs="Arial"/>
          <w:b/>
          <w:bCs/>
          <w:color w:val="000000"/>
        </w:rPr>
        <w:t xml:space="preserve"> </w:t>
      </w:r>
      <w:r w:rsidRPr="003F686D">
        <w:rPr>
          <w:rFonts w:ascii="Arial" w:hAnsi="Arial" w:cs="Arial"/>
          <w:i/>
          <w:iCs/>
          <w:color w:val="000000"/>
        </w:rPr>
        <w:t>And whether you turn to the right or to the left, your ears will hear this command behind you: This is the way.  Walk in it</w:t>
      </w:r>
      <w:r w:rsidRPr="003F686D">
        <w:rPr>
          <w:rFonts w:ascii="Arial" w:hAnsi="Arial" w:cs="Arial"/>
          <w:color w:val="000000"/>
        </w:rPr>
        <w:t>.</w:t>
      </w:r>
    </w:p>
    <w:p w14:paraId="077B1146" w14:textId="77777777" w:rsidR="00605635" w:rsidRPr="00B91648" w:rsidRDefault="00605635" w:rsidP="00605635">
      <w:pPr>
        <w:spacing w:after="0" w:line="240" w:lineRule="auto"/>
        <w:rPr>
          <w:rFonts w:ascii="Arial" w:hAnsi="Arial" w:cs="Arial"/>
        </w:rPr>
      </w:pPr>
    </w:p>
    <w:p w14:paraId="17524C3A" w14:textId="77777777" w:rsidR="00605635" w:rsidRPr="00B91648" w:rsidRDefault="00605635" w:rsidP="00605635">
      <w:pPr>
        <w:spacing w:after="0" w:line="240" w:lineRule="auto"/>
        <w:rPr>
          <w:rFonts w:ascii="Arial" w:hAnsi="Arial" w:cs="Arial"/>
        </w:rPr>
      </w:pPr>
      <w:r w:rsidRPr="00B91648">
        <w:rPr>
          <w:rFonts w:ascii="Arial" w:hAnsi="Arial" w:cs="Arial"/>
        </w:rPr>
        <w:t xml:space="preserve">To </w:t>
      </w:r>
      <w:r w:rsidRPr="00B91648">
        <w:rPr>
          <w:rFonts w:ascii="Arial" w:hAnsi="Arial" w:cs="Arial"/>
          <w:i/>
          <w:iCs/>
        </w:rPr>
        <w:t>walk in authority</w:t>
      </w:r>
      <w:r w:rsidRPr="00B91648">
        <w:rPr>
          <w:rFonts w:ascii="Arial" w:hAnsi="Arial" w:cs="Arial"/>
        </w:rPr>
        <w:t>, one must know which direction to go. Many times, we fail to exercise our God</w:t>
      </w:r>
      <w:r w:rsidRPr="00B91648">
        <w:rPr>
          <w:rFonts w:ascii="Arial" w:hAnsi="Arial" w:cs="Arial"/>
        </w:rPr>
        <w:noBreakHyphen/>
        <w:t>given power simply because we are unsure of our next step. Uncertainty can make even the strongest believer hesitate.</w:t>
      </w:r>
      <w:r>
        <w:rPr>
          <w:rFonts w:ascii="Arial" w:hAnsi="Arial" w:cs="Arial"/>
        </w:rPr>
        <w:t xml:space="preserve"> </w:t>
      </w:r>
      <w:r w:rsidRPr="00B91648">
        <w:rPr>
          <w:rFonts w:ascii="Arial" w:hAnsi="Arial" w:cs="Arial"/>
        </w:rPr>
        <w:t>It’s like traveling to an unfamiliar place without directions or a GPS. You move slowly, second</w:t>
      </w:r>
      <w:r w:rsidRPr="00B91648">
        <w:rPr>
          <w:rFonts w:ascii="Arial" w:hAnsi="Arial" w:cs="Arial"/>
        </w:rPr>
        <w:noBreakHyphen/>
        <w:t>guess your turns, and sometimes end up going the wrong way. But once you enter the address into your GPS, everything changes. You drive with confidence, freedom, and purpose—because now you know where you’re going.</w:t>
      </w:r>
      <w:r>
        <w:rPr>
          <w:rFonts w:ascii="Arial" w:hAnsi="Arial" w:cs="Arial"/>
        </w:rPr>
        <w:t xml:space="preserve"> </w:t>
      </w:r>
      <w:r w:rsidRPr="00B91648">
        <w:rPr>
          <w:rFonts w:ascii="Arial" w:hAnsi="Arial" w:cs="Arial"/>
        </w:rPr>
        <w:t>In the same way, we must seek God for direction in every area of lives. When He reveals the path, our responsibility is to follow. The Holy Spirit is faithful to guide us, to speak to us, and to steady us.</w:t>
      </w:r>
    </w:p>
    <w:p w14:paraId="4B42FD79" w14:textId="77777777" w:rsidR="00605635" w:rsidRDefault="00605635" w:rsidP="00605635">
      <w:pPr>
        <w:spacing w:after="0" w:line="240" w:lineRule="auto"/>
        <w:rPr>
          <w:rFonts w:ascii="Arial" w:hAnsi="Arial" w:cs="Arial"/>
          <w:b/>
          <w:bCs/>
        </w:rPr>
      </w:pPr>
    </w:p>
    <w:p w14:paraId="6402F1D5" w14:textId="77777777" w:rsidR="00605635" w:rsidRPr="00B91648" w:rsidRDefault="00605635" w:rsidP="00605635">
      <w:pPr>
        <w:spacing w:after="0" w:line="240" w:lineRule="auto"/>
        <w:rPr>
          <w:rFonts w:ascii="Arial" w:hAnsi="Arial" w:cs="Arial"/>
        </w:rPr>
      </w:pPr>
      <w:r w:rsidRPr="00B91648">
        <w:rPr>
          <w:rFonts w:ascii="Arial" w:hAnsi="Arial" w:cs="Arial"/>
          <w:b/>
          <w:bCs/>
        </w:rPr>
        <w:t>Supplication:</w:t>
      </w:r>
      <w:r w:rsidRPr="00B91648">
        <w:rPr>
          <w:rFonts w:ascii="Arial" w:hAnsi="Arial" w:cs="Arial"/>
        </w:rPr>
        <w:t xml:space="preserve"> Some roads will be long. Some seasons may feel dark or uneven. But even then, we must carry the authority to speak to every obstacle and keep moving forward. Stay focused. Stay submitted. Stay confident in the One who directs our steps.</w:t>
      </w:r>
    </w:p>
    <w:p w14:paraId="60046147" w14:textId="77777777" w:rsidR="00605635" w:rsidRPr="00B91648" w:rsidRDefault="00605635" w:rsidP="00605635">
      <w:pPr>
        <w:spacing w:after="0" w:line="240" w:lineRule="auto"/>
        <w:rPr>
          <w:rFonts w:ascii="Arial" w:hAnsi="Arial" w:cs="Arial"/>
        </w:rPr>
      </w:pPr>
    </w:p>
    <w:p w14:paraId="2314C606" w14:textId="77777777" w:rsidR="00605635" w:rsidRPr="00B91648" w:rsidRDefault="00605635" w:rsidP="00605635">
      <w:pPr>
        <w:spacing w:after="0" w:line="240" w:lineRule="auto"/>
        <w:rPr>
          <w:rFonts w:ascii="Arial" w:hAnsi="Arial" w:cs="Arial"/>
        </w:rPr>
      </w:pPr>
      <w:r w:rsidRPr="00B91648">
        <w:rPr>
          <w:rFonts w:ascii="Arial" w:hAnsi="Arial" w:cs="Arial"/>
          <w:b/>
          <w:bCs/>
        </w:rPr>
        <w:t>Prayer Guide</w:t>
      </w:r>
      <w:r w:rsidRPr="00B91648">
        <w:rPr>
          <w:rFonts w:ascii="Arial" w:hAnsi="Arial" w:cs="Arial"/>
        </w:rPr>
        <w:t>:</w:t>
      </w:r>
    </w:p>
    <w:p w14:paraId="6EFD96DD" w14:textId="77777777" w:rsidR="00605635" w:rsidRDefault="00605635" w:rsidP="00605635">
      <w:pPr>
        <w:spacing w:after="0" w:line="240" w:lineRule="auto"/>
        <w:rPr>
          <w:rFonts w:ascii="Arial" w:hAnsi="Arial" w:cs="Arial"/>
        </w:rPr>
      </w:pPr>
      <w:r w:rsidRPr="00B91648">
        <w:rPr>
          <w:rFonts w:ascii="Arial" w:hAnsi="Arial" w:cs="Arial"/>
        </w:rPr>
        <w:t>Lord, help me to seek your face in all things.  Show me the way to Go. Please Help me to not doubt you and your leading, but to follow your leading in my life.  When the road is tough, help me to stay focused and committed to your words. In Jesus name, Amen.</w:t>
      </w:r>
      <w:r w:rsidRPr="00B91648">
        <w:rPr>
          <w:rFonts w:ascii="Arial" w:hAnsi="Arial" w:cs="Arial"/>
        </w:rPr>
        <w:br/>
      </w:r>
    </w:p>
    <w:p w14:paraId="11918F74" w14:textId="77777777" w:rsidR="00605635" w:rsidRPr="00B97879" w:rsidRDefault="00605635" w:rsidP="00605635">
      <w:pPr>
        <w:spacing w:after="0" w:line="240" w:lineRule="auto"/>
        <w:rPr>
          <w:rFonts w:ascii="Arial" w:hAnsi="Arial" w:cs="Arial"/>
        </w:rPr>
      </w:pPr>
    </w:p>
    <w:p w14:paraId="18390FAA" w14:textId="77777777" w:rsidR="00605635" w:rsidRPr="009232B5" w:rsidRDefault="00605635" w:rsidP="00605635">
      <w:pPr>
        <w:spacing w:after="0" w:line="360" w:lineRule="auto"/>
        <w:rPr>
          <w:rFonts w:ascii="Arial" w:hAnsi="Arial" w:cs="Arial"/>
          <w:b/>
        </w:rPr>
      </w:pPr>
      <w:r w:rsidRPr="009232B5">
        <w:rPr>
          <w:rFonts w:ascii="Arial" w:hAnsi="Arial" w:cs="Arial"/>
          <w:b/>
        </w:rPr>
        <w:t>NOTES:</w:t>
      </w:r>
    </w:p>
    <w:p w14:paraId="601A9AE9" w14:textId="77777777" w:rsidR="00605635" w:rsidRDefault="00605635" w:rsidP="00605635">
      <w:pPr>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softHyphen/>
      </w:r>
      <w:r>
        <w:rPr>
          <w:rFonts w:ascii="Arial" w:hAnsi="Arial" w:cs="Arial"/>
        </w:rPr>
        <w:softHyphen/>
      </w:r>
      <w:r>
        <w:rPr>
          <w:rFonts w:ascii="Arial" w:hAnsi="Arial" w:cs="Arial"/>
        </w:rPr>
        <w:softHyphen/>
        <w:t>________________________________________________________________________________________________________________________________________________________</w:t>
      </w:r>
    </w:p>
    <w:p w14:paraId="77B5D8A6" w14:textId="77777777" w:rsidR="00605635" w:rsidRDefault="00605635" w:rsidP="00605635">
      <w:pPr>
        <w:spacing w:after="0" w:line="360" w:lineRule="auto"/>
        <w:jc w:val="center"/>
        <w:rPr>
          <w:rFonts w:ascii="Arial" w:hAnsi="Arial" w:cs="Arial"/>
        </w:rPr>
      </w:pPr>
    </w:p>
    <w:p w14:paraId="164549C0" w14:textId="77777777" w:rsidR="00605635" w:rsidRPr="009232B5" w:rsidRDefault="00605635" w:rsidP="00605635">
      <w:pPr>
        <w:spacing w:after="0" w:line="360" w:lineRule="auto"/>
        <w:jc w:val="center"/>
        <w:rPr>
          <w:rFonts w:ascii="Arial" w:hAnsi="Arial" w:cs="Arial"/>
        </w:rPr>
        <w:sectPr w:rsidR="00605635" w:rsidRPr="009232B5" w:rsidSect="00605635">
          <w:type w:val="continuous"/>
          <w:pgSz w:w="12240" w:h="15840"/>
          <w:pgMar w:top="900" w:right="1440" w:bottom="630" w:left="1440" w:header="720" w:footer="720" w:gutter="0"/>
          <w:cols w:space="720"/>
          <w:titlePg/>
          <w:docGrid w:linePitch="360"/>
        </w:sectPr>
      </w:pPr>
    </w:p>
    <w:p w14:paraId="7B2AFE86" w14:textId="77777777" w:rsidR="00605635" w:rsidRPr="009232B5" w:rsidRDefault="00605635" w:rsidP="00605635">
      <w:pPr>
        <w:spacing w:after="0" w:line="360" w:lineRule="auto"/>
        <w:rPr>
          <w:rFonts w:ascii="Arial" w:hAnsi="Arial" w:cs="Arial"/>
        </w:rPr>
        <w:sectPr w:rsidR="00605635" w:rsidRPr="009232B5" w:rsidSect="00605635">
          <w:type w:val="continuous"/>
          <w:pgSz w:w="12240" w:h="15840"/>
          <w:pgMar w:top="900" w:right="1440" w:bottom="630" w:left="1440" w:header="720" w:footer="720" w:gutter="0"/>
          <w:cols w:space="720"/>
          <w:titlePg/>
          <w:docGrid w:linePitch="360"/>
        </w:sectPr>
      </w:pPr>
    </w:p>
    <w:p w14:paraId="3B73483A" w14:textId="77777777" w:rsidR="00605635" w:rsidRPr="00B36C43" w:rsidRDefault="00605635" w:rsidP="00605635">
      <w:pPr>
        <w:spacing w:after="0" w:line="240" w:lineRule="auto"/>
        <w:rPr>
          <w:rFonts w:ascii="Arial" w:hAnsi="Arial" w:cs="Arial"/>
          <w:b/>
        </w:rPr>
      </w:pPr>
      <w:r>
        <w:rPr>
          <w:rFonts w:ascii="Arial" w:hAnsi="Arial" w:cs="Arial"/>
          <w:noProof/>
          <w:color w:val="FFFFFF"/>
          <w:sz w:val="20"/>
          <w:szCs w:val="20"/>
          <w:lang w:val="en"/>
        </w:rPr>
        <w:lastRenderedPageBreak/>
        <w:drawing>
          <wp:inline distT="0" distB="0" distL="0" distR="0" wp14:anchorId="4185887F" wp14:editId="3AD2433C">
            <wp:extent cx="1912772" cy="1242060"/>
            <wp:effectExtent l="0" t="0" r="0" b="0"/>
            <wp:docPr id="16" name="Picture 16" descr="C:\Users\geowi\AppData\Local\Microsoft\Windows\INetCache\Content.MSO\3C04DB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wi\AppData\Local\Microsoft\Windows\INetCache\Content.MSO\3C04DB8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750" cy="1250487"/>
                    </a:xfrm>
                    <a:prstGeom prst="rect">
                      <a:avLst/>
                    </a:prstGeom>
                    <a:noFill/>
                    <a:ln>
                      <a:noFill/>
                    </a:ln>
                  </pic:spPr>
                </pic:pic>
              </a:graphicData>
            </a:graphic>
          </wp:inline>
        </w:drawing>
      </w:r>
    </w:p>
    <w:p w14:paraId="50A6A220" w14:textId="77777777" w:rsidR="00605635" w:rsidRPr="00B36C43" w:rsidRDefault="00605635" w:rsidP="00605635">
      <w:pPr>
        <w:spacing w:after="0" w:line="240" w:lineRule="auto"/>
        <w:rPr>
          <w:rFonts w:ascii="Arial" w:hAnsi="Arial" w:cs="Arial"/>
          <w:b/>
        </w:rPr>
      </w:pPr>
    </w:p>
    <w:p w14:paraId="23A6834A" w14:textId="77777777" w:rsidR="00605635" w:rsidRDefault="00605635" w:rsidP="00605635">
      <w:pPr>
        <w:spacing w:after="0" w:line="240" w:lineRule="auto"/>
        <w:rPr>
          <w:rFonts w:ascii="Arial" w:hAnsi="Arial" w:cs="Arial"/>
          <w:b/>
          <w:sz w:val="32"/>
          <w:szCs w:val="32"/>
        </w:rPr>
      </w:pPr>
    </w:p>
    <w:p w14:paraId="4607634F" w14:textId="77777777" w:rsidR="00605635" w:rsidRDefault="00605635" w:rsidP="00605635">
      <w:pPr>
        <w:spacing w:after="0" w:line="240" w:lineRule="auto"/>
        <w:rPr>
          <w:rFonts w:ascii="Arial" w:hAnsi="Arial" w:cs="Arial"/>
          <w:b/>
          <w:sz w:val="32"/>
          <w:szCs w:val="32"/>
        </w:rPr>
      </w:pPr>
    </w:p>
    <w:p w14:paraId="247994BC" w14:textId="77777777" w:rsidR="00605635" w:rsidRDefault="00605635" w:rsidP="00605635">
      <w:pPr>
        <w:spacing w:after="0" w:line="240" w:lineRule="auto"/>
        <w:rPr>
          <w:rFonts w:ascii="Arial" w:hAnsi="Arial" w:cs="Arial"/>
          <w:b/>
          <w:sz w:val="32"/>
          <w:szCs w:val="32"/>
        </w:rPr>
      </w:pPr>
    </w:p>
    <w:p w14:paraId="08122C10" w14:textId="3C310D32" w:rsidR="00861E58" w:rsidRPr="00861E58" w:rsidRDefault="00605635" w:rsidP="00605635">
      <w:pPr>
        <w:spacing w:after="0" w:line="240" w:lineRule="auto"/>
        <w:rPr>
          <w:rFonts w:ascii="Arial" w:hAnsi="Arial" w:cs="Arial"/>
          <w:b/>
          <w:color w:val="7030A0"/>
          <w:sz w:val="32"/>
          <w:szCs w:val="32"/>
        </w:rPr>
      </w:pPr>
      <w:r w:rsidRPr="00861E58">
        <w:rPr>
          <w:rFonts w:ascii="Arial" w:hAnsi="Arial" w:cs="Arial"/>
          <w:b/>
          <w:color w:val="7030A0"/>
          <w:sz w:val="32"/>
          <w:szCs w:val="32"/>
        </w:rPr>
        <w:t xml:space="preserve">DAY 3- </w:t>
      </w:r>
      <w:r w:rsidR="00861E58" w:rsidRPr="00861E58">
        <w:rPr>
          <w:rFonts w:ascii="Arial" w:hAnsi="Arial" w:cs="Arial"/>
          <w:b/>
          <w:color w:val="7030A0"/>
          <w:sz w:val="32"/>
          <w:szCs w:val="32"/>
        </w:rPr>
        <w:t>WEDNESDAY</w:t>
      </w:r>
    </w:p>
    <w:p w14:paraId="674BAB43" w14:textId="249B424D" w:rsidR="00605635" w:rsidRPr="00861B1E" w:rsidRDefault="00605635" w:rsidP="00605635">
      <w:pPr>
        <w:spacing w:after="0" w:line="240" w:lineRule="auto"/>
        <w:rPr>
          <w:rFonts w:ascii="Arial" w:hAnsi="Arial" w:cs="Arial"/>
          <w:b/>
          <w:sz w:val="32"/>
          <w:szCs w:val="32"/>
        </w:rPr>
        <w:sectPr w:rsidR="00605635" w:rsidRPr="00861B1E" w:rsidSect="00605635">
          <w:type w:val="continuous"/>
          <w:pgSz w:w="12240" w:h="15840"/>
          <w:pgMar w:top="900" w:right="1440" w:bottom="630" w:left="1440" w:header="720" w:footer="720" w:gutter="0"/>
          <w:cols w:num="2" w:space="720"/>
          <w:titlePg/>
          <w:docGrid w:linePitch="360"/>
        </w:sectPr>
      </w:pPr>
      <w:r w:rsidRPr="00861E58">
        <w:rPr>
          <w:rFonts w:ascii="Arial" w:hAnsi="Arial" w:cs="Arial"/>
          <w:b/>
          <w:color w:val="7030A0"/>
          <w:sz w:val="32"/>
          <w:szCs w:val="32"/>
        </w:rPr>
        <w:t>APRIL 1, 202</w:t>
      </w:r>
      <w:r w:rsidR="00C23D11">
        <w:rPr>
          <w:rFonts w:ascii="Arial" w:hAnsi="Arial" w:cs="Arial"/>
          <w:b/>
          <w:color w:val="7030A0"/>
          <w:sz w:val="32"/>
          <w:szCs w:val="32"/>
        </w:rPr>
        <w:t>6</w:t>
      </w:r>
    </w:p>
    <w:p w14:paraId="4E445DF5" w14:textId="394BC419" w:rsidR="00605635" w:rsidRDefault="00605635" w:rsidP="00605635">
      <w:pPr>
        <w:spacing w:after="0" w:line="240" w:lineRule="auto"/>
        <w:rPr>
          <w:rFonts w:ascii="Arial" w:hAnsi="Arial" w:cs="Arial"/>
          <w:b/>
        </w:rPr>
      </w:pPr>
    </w:p>
    <w:p w14:paraId="29C1842A" w14:textId="77777777" w:rsidR="00605635" w:rsidRDefault="00605635" w:rsidP="00605635">
      <w:pPr>
        <w:spacing w:after="0" w:line="240" w:lineRule="auto"/>
        <w:rPr>
          <w:rFonts w:ascii="Arial" w:hAnsi="Arial" w:cs="Arial"/>
          <w:b/>
        </w:rPr>
      </w:pPr>
    </w:p>
    <w:p w14:paraId="5CF627AB" w14:textId="2FD56CF3" w:rsidR="00605635" w:rsidRPr="00DF32B2" w:rsidRDefault="00605635" w:rsidP="00605635">
      <w:pPr>
        <w:spacing w:after="0" w:line="240" w:lineRule="auto"/>
        <w:jc w:val="center"/>
        <w:rPr>
          <w:rFonts w:ascii="Arial" w:hAnsi="Arial" w:cs="Arial"/>
          <w:b/>
          <w:sz w:val="32"/>
          <w:szCs w:val="32"/>
          <w:u w:val="single"/>
        </w:rPr>
      </w:pPr>
      <w:r>
        <w:rPr>
          <w:rFonts w:ascii="Arial" w:hAnsi="Arial" w:cs="Arial"/>
          <w:b/>
          <w:sz w:val="32"/>
          <w:szCs w:val="32"/>
          <w:u w:val="single"/>
        </w:rPr>
        <w:t>YOU ARE MADE NEW</w:t>
      </w:r>
    </w:p>
    <w:p w14:paraId="6A5CAE66" w14:textId="77777777" w:rsidR="00605635" w:rsidRPr="00B36C43" w:rsidRDefault="00605635" w:rsidP="00605635">
      <w:pPr>
        <w:spacing w:after="0" w:line="240" w:lineRule="auto"/>
        <w:rPr>
          <w:rFonts w:ascii="Arial" w:hAnsi="Arial" w:cs="Arial"/>
          <w:b/>
          <w:u w:val="single"/>
        </w:rPr>
      </w:pPr>
    </w:p>
    <w:p w14:paraId="009B72C0" w14:textId="77777777" w:rsidR="00605635" w:rsidRPr="0068610B" w:rsidRDefault="00605635" w:rsidP="00605635">
      <w:pPr>
        <w:spacing w:after="0" w:line="240" w:lineRule="auto"/>
        <w:jc w:val="both"/>
        <w:rPr>
          <w:rFonts w:ascii="Arial" w:hAnsi="Arial" w:cs="Arial"/>
        </w:rPr>
      </w:pPr>
    </w:p>
    <w:p w14:paraId="668DCE3E" w14:textId="77777777" w:rsidR="00605635" w:rsidRPr="003F686D" w:rsidRDefault="00605635" w:rsidP="00605635">
      <w:pPr>
        <w:spacing w:after="0" w:line="240" w:lineRule="auto"/>
        <w:rPr>
          <w:rFonts w:ascii="Arial" w:hAnsi="Arial" w:cs="Arial"/>
          <w:i/>
          <w:iCs/>
        </w:rPr>
      </w:pPr>
      <w:r w:rsidRPr="0068610B">
        <w:rPr>
          <w:rFonts w:ascii="Arial" w:hAnsi="Arial" w:cs="Arial"/>
          <w:b/>
          <w:bCs/>
        </w:rPr>
        <w:t xml:space="preserve">MORNING – </w:t>
      </w:r>
      <w:r w:rsidRPr="003F686D">
        <w:rPr>
          <w:rFonts w:ascii="Arial" w:hAnsi="Arial" w:cs="Arial"/>
        </w:rPr>
        <w:t xml:space="preserve">2 Corinthians 5:17 </w:t>
      </w:r>
      <w:r w:rsidRPr="003F686D">
        <w:rPr>
          <w:rFonts w:ascii="Arial" w:hAnsi="Arial" w:cs="Arial"/>
          <w:i/>
          <w:iCs/>
        </w:rPr>
        <w:t>Therefore, if anyone is in Christ, he is a new creation.  The old has passed away; behold, the new has come.</w:t>
      </w:r>
    </w:p>
    <w:p w14:paraId="692E1DF4" w14:textId="77777777" w:rsidR="00605635" w:rsidRPr="0068610B" w:rsidRDefault="00605635" w:rsidP="00605635">
      <w:pPr>
        <w:spacing w:after="0" w:line="240" w:lineRule="auto"/>
        <w:rPr>
          <w:rFonts w:ascii="Arial" w:hAnsi="Arial" w:cs="Arial"/>
          <w:b/>
          <w:bCs/>
          <w:i/>
          <w:iCs/>
        </w:rPr>
      </w:pPr>
    </w:p>
    <w:p w14:paraId="2940017E" w14:textId="77777777" w:rsidR="00605635" w:rsidRPr="0068610B" w:rsidRDefault="00605635" w:rsidP="00605635">
      <w:pPr>
        <w:spacing w:after="0" w:line="240" w:lineRule="auto"/>
        <w:rPr>
          <w:rFonts w:ascii="Arial" w:hAnsi="Arial" w:cs="Arial"/>
          <w:b/>
          <w:bCs/>
        </w:rPr>
      </w:pPr>
      <w:r w:rsidRPr="0068610B">
        <w:rPr>
          <w:rFonts w:ascii="Arial" w:hAnsi="Arial" w:cs="Arial"/>
          <w:b/>
          <w:bCs/>
        </w:rPr>
        <w:t xml:space="preserve">EVENING-Isaiah 43:18-19 </w:t>
      </w:r>
      <w:r w:rsidRPr="003F686D">
        <w:rPr>
          <w:rFonts w:ascii="Arial" w:hAnsi="Arial" w:cs="Arial"/>
          <w:i/>
          <w:iCs/>
        </w:rPr>
        <w:t>Remember not the former things, neither consider the things of old. Behold, I am doing a new thing; now it springs forth, do you not perceive it?</w:t>
      </w:r>
      <w:r w:rsidRPr="003F686D">
        <w:rPr>
          <w:rFonts w:ascii="Arial" w:hAnsi="Arial" w:cs="Arial"/>
          <w:i/>
          <w:iCs/>
        </w:rPr>
        <w:br/>
      </w:r>
    </w:p>
    <w:p w14:paraId="17860F2D" w14:textId="77777777" w:rsidR="00605635" w:rsidRDefault="00605635" w:rsidP="00605635">
      <w:pPr>
        <w:spacing w:after="0" w:line="240" w:lineRule="auto"/>
        <w:rPr>
          <w:rFonts w:ascii="Arial" w:hAnsi="Arial" w:cs="Arial"/>
        </w:rPr>
      </w:pPr>
      <w:r w:rsidRPr="0068610B">
        <w:rPr>
          <w:rFonts w:ascii="Arial" w:hAnsi="Arial" w:cs="Arial"/>
          <w:color w:val="000000"/>
        </w:rPr>
        <w:t>Although we may feel unchanged and still experience similar challenges, faith assures us that we have become new!</w:t>
      </w:r>
      <w:r>
        <w:rPr>
          <w:rFonts w:ascii="Arial" w:hAnsi="Arial" w:cs="Arial"/>
        </w:rPr>
        <w:t xml:space="preserve"> </w:t>
      </w:r>
      <w:r w:rsidRPr="0068610B">
        <w:rPr>
          <w:rFonts w:ascii="Arial" w:hAnsi="Arial" w:cs="Arial"/>
        </w:rPr>
        <w:t>The struggles we are experiencing aren’t there to destroy us, but to strengthen us.</w:t>
      </w:r>
    </w:p>
    <w:p w14:paraId="0D00E101" w14:textId="77777777" w:rsidR="00605635" w:rsidRPr="0068610B" w:rsidRDefault="00605635" w:rsidP="00605635">
      <w:pPr>
        <w:spacing w:after="0" w:line="240" w:lineRule="auto"/>
        <w:rPr>
          <w:rFonts w:ascii="Arial" w:hAnsi="Arial" w:cs="Arial"/>
        </w:rPr>
      </w:pPr>
    </w:p>
    <w:p w14:paraId="75C4AAEB" w14:textId="77777777" w:rsidR="00605635" w:rsidRPr="00521691" w:rsidRDefault="00605635" w:rsidP="00605635">
      <w:pPr>
        <w:spacing w:after="0" w:line="240" w:lineRule="auto"/>
        <w:rPr>
          <w:rFonts w:ascii="Arial" w:hAnsi="Arial" w:cs="Arial"/>
          <w:b/>
          <w:bCs/>
        </w:rPr>
      </w:pPr>
      <w:r w:rsidRPr="0068610B">
        <w:rPr>
          <w:rFonts w:ascii="Arial" w:hAnsi="Arial" w:cs="Arial"/>
          <w:b/>
          <w:bCs/>
        </w:rPr>
        <w:t>The Butterfly Reminder</w:t>
      </w:r>
      <w:r>
        <w:rPr>
          <w:rFonts w:ascii="Arial" w:hAnsi="Arial" w:cs="Arial"/>
          <w:b/>
          <w:bCs/>
        </w:rPr>
        <w:t xml:space="preserve">. </w:t>
      </w:r>
      <w:r w:rsidRPr="0068610B">
        <w:rPr>
          <w:rFonts w:ascii="Arial" w:hAnsi="Arial" w:cs="Arial"/>
        </w:rPr>
        <w:t>Think of a caterpillar becoming a butterfly.</w:t>
      </w:r>
      <w:r>
        <w:rPr>
          <w:rFonts w:ascii="Arial" w:hAnsi="Arial" w:cs="Arial"/>
        </w:rPr>
        <w:t xml:space="preserve"> </w:t>
      </w:r>
      <w:r w:rsidRPr="0068610B">
        <w:rPr>
          <w:rFonts w:ascii="Arial" w:hAnsi="Arial" w:cs="Arial"/>
        </w:rPr>
        <w:t>Before its transformation is visible, it must wrestle its way out of the cocoon. To someone watching, the struggle might look hopeless — but without that struggle, its wings would never develop, and it would never be able to fly.</w:t>
      </w:r>
      <w:r>
        <w:rPr>
          <w:rFonts w:ascii="Arial" w:hAnsi="Arial" w:cs="Arial"/>
          <w:b/>
          <w:bCs/>
        </w:rPr>
        <w:t xml:space="preserve"> </w:t>
      </w:r>
      <w:r w:rsidRPr="0068610B">
        <w:rPr>
          <w:rFonts w:ascii="Arial" w:hAnsi="Arial" w:cs="Arial"/>
        </w:rPr>
        <w:t>A few more pushes…</w:t>
      </w:r>
      <w:r>
        <w:rPr>
          <w:rFonts w:ascii="Arial" w:hAnsi="Arial" w:cs="Arial"/>
        </w:rPr>
        <w:t xml:space="preserve"> </w:t>
      </w:r>
      <w:r w:rsidRPr="0068610B">
        <w:rPr>
          <w:rFonts w:ascii="Arial" w:hAnsi="Arial" w:cs="Arial"/>
        </w:rPr>
        <w:t>A few more twists…</w:t>
      </w:r>
      <w:r>
        <w:rPr>
          <w:rFonts w:ascii="Arial" w:hAnsi="Arial" w:cs="Arial"/>
        </w:rPr>
        <w:t xml:space="preserve"> </w:t>
      </w:r>
      <w:r w:rsidRPr="0068610B">
        <w:rPr>
          <w:rFonts w:ascii="Arial" w:hAnsi="Arial" w:cs="Arial"/>
        </w:rPr>
        <w:t>And the transformed caterpillar emerges as a beautiful butterfly.</w:t>
      </w:r>
    </w:p>
    <w:p w14:paraId="14DDE51F" w14:textId="77777777" w:rsidR="00605635" w:rsidRDefault="00605635" w:rsidP="00605635">
      <w:pPr>
        <w:spacing w:after="0" w:line="240" w:lineRule="auto"/>
        <w:rPr>
          <w:rFonts w:ascii="Arial" w:hAnsi="Arial" w:cs="Arial"/>
          <w:b/>
          <w:bCs/>
        </w:rPr>
      </w:pPr>
    </w:p>
    <w:p w14:paraId="1FAB9188" w14:textId="77777777" w:rsidR="00605635" w:rsidRPr="0068610B" w:rsidRDefault="00605635" w:rsidP="00605635">
      <w:pPr>
        <w:spacing w:after="0" w:line="240" w:lineRule="auto"/>
        <w:rPr>
          <w:rFonts w:ascii="Arial" w:hAnsi="Arial" w:cs="Arial"/>
          <w:b/>
          <w:bCs/>
        </w:rPr>
      </w:pPr>
      <w:r w:rsidRPr="0068610B">
        <w:rPr>
          <w:rFonts w:ascii="Arial" w:hAnsi="Arial" w:cs="Arial"/>
          <w:b/>
          <w:bCs/>
        </w:rPr>
        <w:t>Supplication:</w:t>
      </w:r>
      <w:r>
        <w:rPr>
          <w:rFonts w:ascii="Arial" w:hAnsi="Arial" w:cs="Arial"/>
          <w:b/>
          <w:bCs/>
        </w:rPr>
        <w:tab/>
      </w:r>
      <w:r>
        <w:rPr>
          <w:rFonts w:ascii="Arial" w:hAnsi="Arial" w:cs="Arial"/>
          <w:b/>
          <w:bCs/>
        </w:rPr>
        <w:tab/>
      </w:r>
      <w:r w:rsidRPr="0068610B">
        <w:rPr>
          <w:rFonts w:ascii="Arial" w:hAnsi="Arial" w:cs="Arial"/>
          <w:b/>
          <w:bCs/>
        </w:rPr>
        <w:t>Your Situation vs. Your Identity</w:t>
      </w:r>
    </w:p>
    <w:p w14:paraId="13FADBE3" w14:textId="77777777" w:rsidR="00605635" w:rsidRPr="0068610B" w:rsidRDefault="00605635" w:rsidP="00605635">
      <w:pPr>
        <w:spacing w:after="0" w:line="240" w:lineRule="auto"/>
        <w:rPr>
          <w:rFonts w:ascii="Arial" w:hAnsi="Arial" w:cs="Arial"/>
        </w:rPr>
      </w:pPr>
      <w:r w:rsidRPr="0068610B">
        <w:rPr>
          <w:rFonts w:ascii="Arial" w:hAnsi="Arial" w:cs="Arial"/>
        </w:rPr>
        <w:t>Your situation may look the same,</w:t>
      </w:r>
      <w:r>
        <w:rPr>
          <w:rFonts w:ascii="Arial" w:hAnsi="Arial" w:cs="Arial"/>
        </w:rPr>
        <w:t xml:space="preserve"> </w:t>
      </w:r>
      <w:r w:rsidRPr="0068610B">
        <w:rPr>
          <w:rFonts w:ascii="Arial" w:hAnsi="Arial" w:cs="Arial"/>
        </w:rPr>
        <w:t>but </w:t>
      </w:r>
      <w:r w:rsidRPr="0068610B">
        <w:rPr>
          <w:rFonts w:ascii="Arial" w:hAnsi="Arial" w:cs="Arial"/>
          <w:b/>
          <w:bCs/>
        </w:rPr>
        <w:t>you</w:t>
      </w:r>
      <w:r w:rsidRPr="0068610B">
        <w:rPr>
          <w:rFonts w:ascii="Arial" w:hAnsi="Arial" w:cs="Arial"/>
        </w:rPr>
        <w:t> are not.</w:t>
      </w:r>
    </w:p>
    <w:p w14:paraId="19D23FE6" w14:textId="77777777" w:rsidR="00605635" w:rsidRPr="0068610B" w:rsidRDefault="00605635" w:rsidP="00605635">
      <w:pPr>
        <w:spacing w:after="0" w:line="240" w:lineRule="auto"/>
        <w:ind w:left="720"/>
        <w:rPr>
          <w:rFonts w:ascii="Arial" w:hAnsi="Arial" w:cs="Arial"/>
        </w:rPr>
      </w:pPr>
      <w:r w:rsidRPr="0068610B">
        <w:rPr>
          <w:rFonts w:ascii="Arial" w:hAnsi="Arial" w:cs="Arial"/>
        </w:rPr>
        <w:t>You are new.</w:t>
      </w:r>
      <w:r w:rsidRPr="0068610B">
        <w:rPr>
          <w:rFonts w:ascii="Arial" w:hAnsi="Arial" w:cs="Arial"/>
        </w:rPr>
        <w:br/>
        <w:t>You are changing.</w:t>
      </w:r>
      <w:r w:rsidRPr="0068610B">
        <w:rPr>
          <w:rFonts w:ascii="Arial" w:hAnsi="Arial" w:cs="Arial"/>
        </w:rPr>
        <w:br/>
        <w:t>You are becoming stronger.</w:t>
      </w:r>
      <w:r w:rsidRPr="0068610B">
        <w:rPr>
          <w:rFonts w:ascii="Arial" w:hAnsi="Arial" w:cs="Arial"/>
        </w:rPr>
        <w:br/>
        <w:t>And you will fly.</w:t>
      </w:r>
    </w:p>
    <w:p w14:paraId="31EA2961" w14:textId="77777777" w:rsidR="00605635" w:rsidRDefault="00605635" w:rsidP="00605635">
      <w:pPr>
        <w:spacing w:after="0" w:line="240" w:lineRule="auto"/>
        <w:rPr>
          <w:rFonts w:ascii="Arial" w:hAnsi="Arial" w:cs="Arial"/>
        </w:rPr>
      </w:pPr>
    </w:p>
    <w:p w14:paraId="7F424B5F" w14:textId="77777777" w:rsidR="00605635" w:rsidRPr="0068610B" w:rsidRDefault="00605635" w:rsidP="00605635">
      <w:pPr>
        <w:spacing w:after="0" w:line="240" w:lineRule="auto"/>
        <w:rPr>
          <w:rFonts w:ascii="Arial" w:hAnsi="Arial" w:cs="Arial"/>
        </w:rPr>
      </w:pPr>
      <w:r w:rsidRPr="0068610B">
        <w:rPr>
          <w:rFonts w:ascii="Arial" w:hAnsi="Arial" w:cs="Arial"/>
        </w:rPr>
        <w:t>No one may have told you this today,</w:t>
      </w:r>
      <w:r>
        <w:rPr>
          <w:rFonts w:ascii="Arial" w:hAnsi="Arial" w:cs="Arial"/>
        </w:rPr>
        <w:t xml:space="preserve"> </w:t>
      </w:r>
      <w:r w:rsidRPr="0068610B">
        <w:rPr>
          <w:rFonts w:ascii="Arial" w:hAnsi="Arial" w:cs="Arial"/>
        </w:rPr>
        <w:t>so let me: </w:t>
      </w:r>
      <w:r w:rsidRPr="0068610B">
        <w:rPr>
          <w:rFonts w:ascii="Arial" w:hAnsi="Arial" w:cs="Arial"/>
          <w:b/>
          <w:bCs/>
        </w:rPr>
        <w:t>You are new — and you look different.</w:t>
      </w:r>
    </w:p>
    <w:p w14:paraId="2D527340" w14:textId="77777777" w:rsidR="00605635" w:rsidRPr="0068610B" w:rsidRDefault="00605635" w:rsidP="00605635">
      <w:pPr>
        <w:spacing w:after="0" w:line="240" w:lineRule="auto"/>
        <w:rPr>
          <w:rFonts w:ascii="Arial" w:hAnsi="Arial" w:cs="Arial"/>
        </w:rPr>
      </w:pPr>
    </w:p>
    <w:p w14:paraId="4F1C1BEA" w14:textId="77777777" w:rsidR="00605635" w:rsidRPr="0068610B" w:rsidRDefault="00605635" w:rsidP="00605635">
      <w:pPr>
        <w:spacing w:after="0" w:line="240" w:lineRule="auto"/>
        <w:rPr>
          <w:rFonts w:ascii="Arial" w:hAnsi="Arial" w:cs="Arial"/>
          <w:b/>
          <w:bCs/>
        </w:rPr>
      </w:pPr>
      <w:r w:rsidRPr="0068610B">
        <w:rPr>
          <w:rFonts w:ascii="Arial" w:hAnsi="Arial" w:cs="Arial"/>
          <w:b/>
          <w:bCs/>
        </w:rPr>
        <w:t>Prayer Guide:</w:t>
      </w:r>
    </w:p>
    <w:p w14:paraId="0467CCA8" w14:textId="77777777" w:rsidR="00605635" w:rsidRPr="0068610B" w:rsidRDefault="00605635" w:rsidP="00605635">
      <w:pPr>
        <w:spacing w:after="0" w:line="240" w:lineRule="auto"/>
        <w:rPr>
          <w:rFonts w:ascii="Arial" w:hAnsi="Arial" w:cs="Arial"/>
        </w:rPr>
      </w:pPr>
      <w:r w:rsidRPr="0068610B">
        <w:rPr>
          <w:rFonts w:ascii="Arial" w:hAnsi="Arial" w:cs="Arial"/>
          <w:color w:val="000000"/>
        </w:rPr>
        <w:t xml:space="preserve">Lord, guide us to grow into who you intend us to be. </w:t>
      </w:r>
      <w:r w:rsidRPr="0068610B">
        <w:rPr>
          <w:rFonts w:ascii="Arial" w:hAnsi="Arial" w:cs="Arial"/>
        </w:rPr>
        <w:t xml:space="preserve">  </w:t>
      </w:r>
      <w:r w:rsidRPr="0068610B">
        <w:rPr>
          <w:rFonts w:ascii="Arial" w:hAnsi="Arial" w:cs="Arial"/>
          <w:color w:val="000000"/>
        </w:rPr>
        <w:t xml:space="preserve">Guide me through life's challenges so I can reach my goals. </w:t>
      </w:r>
      <w:r w:rsidRPr="0068610B">
        <w:rPr>
          <w:rFonts w:ascii="Arial" w:hAnsi="Arial" w:cs="Arial"/>
        </w:rPr>
        <w:t xml:space="preserve">  In Jesus name, Amen.</w:t>
      </w:r>
    </w:p>
    <w:p w14:paraId="1D230B0C" w14:textId="77777777" w:rsidR="00605635" w:rsidRDefault="00605635" w:rsidP="00605635">
      <w:pPr>
        <w:spacing w:after="0" w:line="360" w:lineRule="auto"/>
        <w:rPr>
          <w:rFonts w:ascii="Arial" w:hAnsi="Arial" w:cs="Arial"/>
        </w:rPr>
      </w:pPr>
    </w:p>
    <w:p w14:paraId="646B7FCF" w14:textId="77777777" w:rsidR="00605635" w:rsidRPr="00B36C43" w:rsidRDefault="00605635" w:rsidP="00605635">
      <w:pPr>
        <w:spacing w:after="0" w:line="360" w:lineRule="auto"/>
        <w:rPr>
          <w:rFonts w:ascii="Arial" w:hAnsi="Arial" w:cs="Arial"/>
        </w:rPr>
      </w:pPr>
    </w:p>
    <w:p w14:paraId="0B1307BD" w14:textId="77777777" w:rsidR="00605635" w:rsidRPr="009C22F3" w:rsidRDefault="00605635" w:rsidP="00605635">
      <w:pPr>
        <w:spacing w:after="0" w:line="360" w:lineRule="auto"/>
        <w:rPr>
          <w:rFonts w:ascii="Arial" w:hAnsi="Arial" w:cs="Arial"/>
          <w:b/>
        </w:rPr>
      </w:pPr>
      <w:r>
        <w:rPr>
          <w:rFonts w:ascii="Arial" w:hAnsi="Arial" w:cs="Arial"/>
          <w:b/>
        </w:rPr>
        <w:t>NOTES:</w:t>
      </w:r>
    </w:p>
    <w:p w14:paraId="741C8179" w14:textId="77777777" w:rsidR="00605635" w:rsidRDefault="00605635" w:rsidP="00605635">
      <w:pPr>
        <w:spacing w:after="0" w:line="360" w:lineRule="auto"/>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F6A1922" wp14:editId="1452FA02">
                <wp:simplePos x="0" y="0"/>
                <wp:positionH relativeFrom="column">
                  <wp:posOffset>1600200</wp:posOffset>
                </wp:positionH>
                <wp:positionV relativeFrom="paragraph">
                  <wp:posOffset>4136390</wp:posOffset>
                </wp:positionV>
                <wp:extent cx="5303520" cy="1988820"/>
                <wp:effectExtent l="9525" t="13970" r="11430"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988820"/>
                        </a:xfrm>
                        <a:prstGeom prst="rect">
                          <a:avLst/>
                        </a:prstGeom>
                        <a:solidFill>
                          <a:srgbClr val="FFFFFF"/>
                        </a:solidFill>
                        <a:ln w="9525">
                          <a:solidFill>
                            <a:schemeClr val="bg1">
                              <a:lumMod val="100000"/>
                              <a:lumOff val="0"/>
                            </a:schemeClr>
                          </a:solidFill>
                          <a:miter lim="800000"/>
                          <a:headEnd/>
                          <a:tailEnd/>
                        </a:ln>
                      </wps:spPr>
                      <wps:txbx>
                        <w:txbxContent>
                          <w:p w14:paraId="1A2B81AB" w14:textId="77777777" w:rsidR="00605635" w:rsidRDefault="00605635" w:rsidP="0060563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A1922" id="_x0000_t202" coordsize="21600,21600" o:spt="202" path="m,l,21600r21600,l21600,xe">
                <v:stroke joinstyle="miter"/>
                <v:path gradientshapeok="t" o:connecttype="rect"/>
              </v:shapetype>
              <v:shape id="Text Box 9" o:spid="_x0000_s1026" type="#_x0000_t202" style="position:absolute;margin-left:126pt;margin-top:325.7pt;width:417.6pt;height:15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" strokecolor="white [3212]">
                <v:textbox>
                  <w:txbxContent>
                    <w:p w14:paraId="1A2B81AB" w14:textId="77777777" w:rsidR="00605635" w:rsidRDefault="00605635" w:rsidP="00605635">
                      <w:pPr>
                        <w:jc w:val="right"/>
                      </w:pPr>
                    </w:p>
                  </w:txbxContent>
                </v:textbox>
              </v:shape>
            </w:pict>
          </mc:Fallback>
        </mc:AlternateContent>
      </w:r>
      <w:r w:rsidRPr="00B36C4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9FF86B" w14:textId="77777777" w:rsidR="00605635" w:rsidRPr="00DF32B2" w:rsidRDefault="00605635" w:rsidP="00605635">
      <w:pPr>
        <w:spacing w:after="0" w:line="360" w:lineRule="auto"/>
        <w:jc w:val="center"/>
        <w:rPr>
          <w:rFonts w:ascii="Lucida Calligraphy" w:hAnsi="Lucida Calligraphy"/>
          <w:i/>
          <w:color w:val="000000"/>
          <w:sz w:val="32"/>
          <w:szCs w:val="32"/>
        </w:rPr>
      </w:pPr>
    </w:p>
    <w:p w14:paraId="0809E549" w14:textId="77777777" w:rsidR="00605635" w:rsidRDefault="00605635" w:rsidP="00605635">
      <w:pPr>
        <w:spacing w:after="0" w:line="360" w:lineRule="auto"/>
        <w:rPr>
          <w:rFonts w:ascii="Arial" w:hAnsi="Arial" w:cs="Arial"/>
        </w:rPr>
        <w:sectPr w:rsidR="00605635" w:rsidSect="00605635">
          <w:type w:val="continuous"/>
          <w:pgSz w:w="12240" w:h="15840"/>
          <w:pgMar w:top="900" w:right="1440" w:bottom="630" w:left="1440" w:header="720" w:footer="720" w:gutter="0"/>
          <w:cols w:space="720"/>
          <w:titlePg/>
          <w:docGrid w:linePitch="360"/>
        </w:sectPr>
      </w:pPr>
    </w:p>
    <w:p w14:paraId="7EADCEC6" w14:textId="77777777" w:rsidR="00605635" w:rsidRDefault="00605635" w:rsidP="00605635">
      <w:pPr>
        <w:spacing w:after="0" w:line="240" w:lineRule="auto"/>
        <w:rPr>
          <w:rFonts w:ascii="Arial" w:hAnsi="Arial" w:cs="Arial"/>
          <w:b/>
          <w:sz w:val="32"/>
          <w:szCs w:val="32"/>
        </w:rPr>
      </w:pPr>
    </w:p>
    <w:p w14:paraId="6CE2770A" w14:textId="77777777" w:rsidR="00605635" w:rsidRDefault="00605635" w:rsidP="00605635">
      <w:pPr>
        <w:spacing w:after="0" w:line="240" w:lineRule="auto"/>
        <w:rPr>
          <w:rFonts w:ascii="Arial" w:hAnsi="Arial" w:cs="Arial"/>
          <w:b/>
          <w:sz w:val="32"/>
          <w:szCs w:val="32"/>
        </w:rPr>
      </w:pPr>
    </w:p>
    <w:p w14:paraId="430FA58A" w14:textId="77777777" w:rsidR="00861E58" w:rsidRPr="00861E58" w:rsidRDefault="00605635" w:rsidP="00605635">
      <w:pPr>
        <w:spacing w:after="0" w:line="240" w:lineRule="auto"/>
        <w:rPr>
          <w:rFonts w:ascii="Arial" w:hAnsi="Arial" w:cs="Arial"/>
          <w:b/>
          <w:color w:val="7030A0"/>
          <w:sz w:val="32"/>
          <w:szCs w:val="32"/>
        </w:rPr>
      </w:pPr>
      <w:r w:rsidRPr="00861E58">
        <w:rPr>
          <w:rFonts w:ascii="Arial" w:hAnsi="Arial" w:cs="Arial"/>
          <w:b/>
          <w:color w:val="7030A0"/>
          <w:sz w:val="32"/>
          <w:szCs w:val="32"/>
        </w:rPr>
        <w:t xml:space="preserve">DAY 4 – </w:t>
      </w:r>
      <w:r w:rsidR="00861E58" w:rsidRPr="00861E58">
        <w:rPr>
          <w:rFonts w:ascii="Arial" w:hAnsi="Arial" w:cs="Arial"/>
          <w:b/>
          <w:color w:val="7030A0"/>
          <w:sz w:val="32"/>
          <w:szCs w:val="32"/>
        </w:rPr>
        <w:t>Thursday,</w:t>
      </w:r>
    </w:p>
    <w:p w14:paraId="46FDB73D" w14:textId="56D84D05" w:rsidR="00605635" w:rsidRPr="00861E58" w:rsidRDefault="00605635" w:rsidP="00605635">
      <w:pPr>
        <w:spacing w:after="0" w:line="240" w:lineRule="auto"/>
        <w:rPr>
          <w:rFonts w:ascii="Arial" w:hAnsi="Arial" w:cs="Arial"/>
          <w:b/>
          <w:color w:val="7030A0"/>
          <w:sz w:val="32"/>
          <w:szCs w:val="32"/>
        </w:rPr>
      </w:pPr>
      <w:r w:rsidRPr="00861E58">
        <w:rPr>
          <w:rFonts w:ascii="Arial" w:hAnsi="Arial" w:cs="Arial"/>
          <w:b/>
          <w:color w:val="7030A0"/>
          <w:sz w:val="32"/>
          <w:szCs w:val="32"/>
        </w:rPr>
        <w:t>APRIL 2, 2026</w:t>
      </w:r>
      <w:r w:rsidRPr="00861E58">
        <w:rPr>
          <w:rFonts w:ascii="Arial" w:hAnsi="Arial" w:cs="Arial"/>
          <w:b/>
          <w:color w:val="7030A0"/>
          <w:sz w:val="32"/>
          <w:szCs w:val="32"/>
        </w:rPr>
        <w:tab/>
      </w:r>
    </w:p>
    <w:p w14:paraId="0E6B7BB3" w14:textId="750491AA" w:rsidR="00605635" w:rsidRDefault="00605635" w:rsidP="00605635">
      <w:pPr>
        <w:spacing w:after="0" w:line="240" w:lineRule="auto"/>
        <w:ind w:left="720" w:firstLine="720"/>
        <w:rPr>
          <w:rFonts w:ascii="Arial" w:hAnsi="Arial" w:cs="Arial"/>
          <w:b/>
          <w:sz w:val="36"/>
          <w:szCs w:val="36"/>
        </w:rPr>
        <w:sectPr w:rsidR="00605635" w:rsidSect="00605635">
          <w:type w:val="continuous"/>
          <w:pgSz w:w="12240" w:h="15840"/>
          <w:pgMar w:top="900" w:right="1440" w:bottom="630" w:left="1440" w:header="720" w:footer="720" w:gutter="0"/>
          <w:cols w:num="2" w:space="720"/>
          <w:titlePg/>
          <w:docGrid w:linePitch="360"/>
        </w:sectPr>
      </w:pPr>
      <w:r>
        <w:rPr>
          <w:rFonts w:ascii="Arial" w:hAnsi="Arial" w:cs="Arial"/>
          <w:b/>
          <w:noProof/>
        </w:rPr>
        <w:drawing>
          <wp:inline distT="0" distB="0" distL="0" distR="0" wp14:anchorId="7A5A9F2C" wp14:editId="202BBE4A">
            <wp:extent cx="1281430" cy="1219605"/>
            <wp:effectExtent l="0" t="0" r="0" b="0"/>
            <wp:docPr id="1633545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834" cy="1228555"/>
                    </a:xfrm>
                    <a:prstGeom prst="rect">
                      <a:avLst/>
                    </a:prstGeom>
                    <a:noFill/>
                  </pic:spPr>
                </pic:pic>
              </a:graphicData>
            </a:graphic>
          </wp:inline>
        </w:drawing>
      </w:r>
      <w:r>
        <w:rPr>
          <w:rFonts w:ascii="Arial" w:hAnsi="Arial" w:cs="Arial"/>
          <w:b/>
        </w:rPr>
        <w:tab/>
      </w:r>
      <w:r>
        <w:rPr>
          <w:rFonts w:ascii="Arial" w:hAnsi="Arial" w:cs="Arial"/>
          <w:b/>
        </w:rPr>
        <w:tab/>
      </w:r>
    </w:p>
    <w:p w14:paraId="4C754204" w14:textId="77777777" w:rsidR="00605635" w:rsidRPr="00D10140" w:rsidRDefault="00605635" w:rsidP="00605635">
      <w:pPr>
        <w:spacing w:after="0" w:line="240" w:lineRule="auto"/>
        <w:rPr>
          <w:rFonts w:ascii="Arial" w:hAnsi="Arial" w:cs="Arial"/>
          <w:b/>
          <w:sz w:val="28"/>
          <w:szCs w:val="28"/>
          <w:u w:val="single"/>
        </w:rPr>
      </w:pPr>
      <w:r>
        <w:rPr>
          <w:rFonts w:ascii="Arial" w:hAnsi="Arial" w:cs="Arial"/>
          <w:b/>
          <w:sz w:val="28"/>
          <w:szCs w:val="28"/>
          <w:u w:val="single"/>
        </w:rPr>
        <w:t>A DIFFERENT VIEW</w:t>
      </w:r>
    </w:p>
    <w:p w14:paraId="497271F0" w14:textId="77777777" w:rsidR="00605635" w:rsidRDefault="00605635" w:rsidP="00605635">
      <w:pPr>
        <w:spacing w:after="0" w:line="240" w:lineRule="auto"/>
        <w:rPr>
          <w:rFonts w:ascii="Arial" w:hAnsi="Arial" w:cs="Arial"/>
          <w:b/>
          <w:u w:val="single"/>
        </w:rPr>
      </w:pPr>
    </w:p>
    <w:p w14:paraId="4689DFE6" w14:textId="77777777" w:rsidR="00605635" w:rsidRDefault="00605635" w:rsidP="00605635">
      <w:pPr>
        <w:spacing w:after="0" w:line="240" w:lineRule="auto"/>
        <w:outlineLvl w:val="0"/>
        <w:rPr>
          <w:rFonts w:ascii="Arial" w:hAnsi="Arial" w:cs="Arial"/>
          <w:b/>
          <w:u w:val="single"/>
        </w:rPr>
        <w:sectPr w:rsidR="00605635" w:rsidSect="00605635">
          <w:type w:val="continuous"/>
          <w:pgSz w:w="12240" w:h="15840"/>
          <w:pgMar w:top="900" w:right="1440" w:bottom="630" w:left="1440" w:header="720" w:footer="720" w:gutter="0"/>
          <w:cols w:num="2" w:space="720"/>
          <w:titlePg/>
          <w:docGrid w:linePitch="360"/>
        </w:sectPr>
      </w:pPr>
    </w:p>
    <w:p w14:paraId="325F60FC" w14:textId="77777777" w:rsidR="00605635" w:rsidRDefault="00605635" w:rsidP="00605635">
      <w:pPr>
        <w:spacing w:after="0" w:line="240" w:lineRule="auto"/>
        <w:outlineLvl w:val="0"/>
        <w:rPr>
          <w:rFonts w:ascii="Arial" w:hAnsi="Arial" w:cs="Arial"/>
          <w:b/>
          <w:u w:val="single"/>
        </w:rPr>
      </w:pPr>
    </w:p>
    <w:p w14:paraId="101862A4" w14:textId="77777777" w:rsidR="00605635" w:rsidRPr="00372348" w:rsidRDefault="00605635" w:rsidP="00605635">
      <w:pPr>
        <w:spacing w:after="0" w:line="240" w:lineRule="auto"/>
        <w:rPr>
          <w:rFonts w:ascii="Arial" w:hAnsi="Arial" w:cs="Arial"/>
          <w:b/>
          <w:bCs/>
          <w:i/>
          <w:iCs/>
        </w:rPr>
      </w:pPr>
      <w:r w:rsidRPr="00372348">
        <w:rPr>
          <w:rFonts w:ascii="Arial" w:hAnsi="Arial" w:cs="Arial"/>
          <w:b/>
          <w:bCs/>
        </w:rPr>
        <w:t xml:space="preserve">MORNING- Psalm 119:37 AMP - </w:t>
      </w:r>
      <w:r w:rsidRPr="003F686D">
        <w:rPr>
          <w:rFonts w:ascii="Arial" w:hAnsi="Arial" w:cs="Arial"/>
          <w:i/>
          <w:iCs/>
        </w:rPr>
        <w:t>Turn my eyes away from vanity [all those worldly, meaningless things that distract—let Your priorities be mine], And restore me [with renewed energy in Your ways.</w:t>
      </w:r>
    </w:p>
    <w:p w14:paraId="128CDECF" w14:textId="77777777" w:rsidR="00605635" w:rsidRDefault="00605635" w:rsidP="00605635">
      <w:pPr>
        <w:spacing w:after="0" w:line="240" w:lineRule="auto"/>
        <w:rPr>
          <w:rFonts w:ascii="Arial" w:hAnsi="Arial" w:cs="Arial"/>
          <w:b/>
          <w:bCs/>
        </w:rPr>
      </w:pPr>
    </w:p>
    <w:p w14:paraId="414C6BA3" w14:textId="77777777" w:rsidR="00605635" w:rsidRPr="003F686D" w:rsidRDefault="00605635" w:rsidP="00605635">
      <w:pPr>
        <w:spacing w:after="0" w:line="240" w:lineRule="auto"/>
        <w:rPr>
          <w:rFonts w:ascii="Arial" w:hAnsi="Arial" w:cs="Arial"/>
          <w:i/>
          <w:iCs/>
        </w:rPr>
      </w:pPr>
      <w:r w:rsidRPr="00372348">
        <w:rPr>
          <w:rFonts w:ascii="Arial" w:hAnsi="Arial" w:cs="Arial"/>
          <w:b/>
          <w:bCs/>
        </w:rPr>
        <w:t xml:space="preserve">EVENING- 2 Corinthians 4:18(a) – </w:t>
      </w:r>
      <w:r w:rsidRPr="003F686D">
        <w:rPr>
          <w:rFonts w:ascii="Arial" w:hAnsi="Arial" w:cs="Arial"/>
          <w:i/>
          <w:iCs/>
        </w:rPr>
        <w:t>So we fix our eyes not on what is seen, but on what is unseen.</w:t>
      </w:r>
    </w:p>
    <w:p w14:paraId="2BCA2E26" w14:textId="77777777" w:rsidR="00605635" w:rsidRDefault="00605635" w:rsidP="00605635">
      <w:pPr>
        <w:spacing w:after="0" w:line="240" w:lineRule="auto"/>
        <w:rPr>
          <w:rFonts w:ascii="Arial" w:hAnsi="Arial" w:cs="Arial"/>
        </w:rPr>
      </w:pPr>
    </w:p>
    <w:p w14:paraId="06592ACB" w14:textId="77777777" w:rsidR="00605635" w:rsidRPr="00FE59BF" w:rsidRDefault="00605635" w:rsidP="00605635">
      <w:pPr>
        <w:spacing w:after="0" w:line="240" w:lineRule="auto"/>
        <w:rPr>
          <w:rFonts w:ascii="Arial" w:hAnsi="Arial" w:cs="Arial"/>
        </w:rPr>
      </w:pPr>
      <w:r w:rsidRPr="00FE59BF">
        <w:rPr>
          <w:rFonts w:ascii="Arial" w:hAnsi="Arial" w:cs="Arial"/>
        </w:rPr>
        <w:t xml:space="preserve">Distractions are everywhere. The world would have us focus on everything from our house to the white house.  We have family issues, all types of trouble, but God has given us the ability to make it.  But we must stay focused.  We must look at things as God would have us to.  God is all powerful. There is nothing that he can’t do.   </w:t>
      </w:r>
    </w:p>
    <w:p w14:paraId="25CB700F" w14:textId="77777777" w:rsidR="00605635" w:rsidRDefault="00605635" w:rsidP="00605635">
      <w:pPr>
        <w:spacing w:after="0" w:line="240" w:lineRule="auto"/>
        <w:rPr>
          <w:rFonts w:ascii="Arial" w:hAnsi="Arial" w:cs="Arial"/>
          <w:b/>
          <w:bCs/>
        </w:rPr>
      </w:pPr>
    </w:p>
    <w:p w14:paraId="0896BFC7" w14:textId="77777777" w:rsidR="00605635" w:rsidRPr="00FE59BF" w:rsidRDefault="00605635" w:rsidP="00605635">
      <w:pPr>
        <w:spacing w:after="0" w:line="240" w:lineRule="auto"/>
        <w:rPr>
          <w:rFonts w:ascii="Arial" w:hAnsi="Arial" w:cs="Arial"/>
        </w:rPr>
      </w:pPr>
      <w:r w:rsidRPr="00FE59BF">
        <w:rPr>
          <w:rFonts w:ascii="Arial" w:hAnsi="Arial" w:cs="Arial"/>
          <w:b/>
          <w:bCs/>
        </w:rPr>
        <w:t>Supplication</w:t>
      </w:r>
      <w:r w:rsidRPr="00FE59BF">
        <w:rPr>
          <w:rFonts w:ascii="Arial" w:hAnsi="Arial" w:cs="Arial"/>
        </w:rPr>
        <w:t>: I shift my eye to you, no longer glorifying the problem but glorifying the Problem Solver, (God).</w:t>
      </w:r>
    </w:p>
    <w:p w14:paraId="1A47DDFB" w14:textId="77777777" w:rsidR="00605635" w:rsidRDefault="00605635" w:rsidP="00605635">
      <w:pPr>
        <w:spacing w:after="0" w:line="240" w:lineRule="auto"/>
        <w:rPr>
          <w:rFonts w:ascii="Arial" w:hAnsi="Arial" w:cs="Arial"/>
          <w:b/>
          <w:bCs/>
        </w:rPr>
      </w:pPr>
    </w:p>
    <w:p w14:paraId="521BB1DC" w14:textId="77777777" w:rsidR="00605635" w:rsidRDefault="00605635" w:rsidP="00605635">
      <w:pPr>
        <w:spacing w:after="0" w:line="240" w:lineRule="auto"/>
        <w:rPr>
          <w:rFonts w:ascii="Arial" w:hAnsi="Arial" w:cs="Arial"/>
        </w:rPr>
      </w:pPr>
      <w:r w:rsidRPr="00FE59BF">
        <w:rPr>
          <w:rFonts w:ascii="Arial" w:hAnsi="Arial" w:cs="Arial"/>
          <w:b/>
          <w:bCs/>
        </w:rPr>
        <w:t>Prayer Guide</w:t>
      </w:r>
      <w:r w:rsidRPr="00FE59BF">
        <w:rPr>
          <w:rFonts w:ascii="Arial" w:hAnsi="Arial" w:cs="Arial"/>
        </w:rPr>
        <w:t>: Lord, please keep me from focusing on the things of the world, the worldly desires, the worrying, anything that takes my eyes and mind from you.  Help me to see everything through your lens.  In Jesus name, Amen.</w:t>
      </w:r>
    </w:p>
    <w:p w14:paraId="0B83304C" w14:textId="77777777" w:rsidR="00605635" w:rsidRPr="00FE59BF" w:rsidRDefault="00605635" w:rsidP="00605635">
      <w:pPr>
        <w:spacing w:after="0" w:line="240" w:lineRule="auto"/>
        <w:rPr>
          <w:rFonts w:ascii="Arial" w:hAnsi="Arial" w:cs="Arial"/>
        </w:rPr>
      </w:pPr>
    </w:p>
    <w:p w14:paraId="42E09240" w14:textId="77777777" w:rsidR="00605635" w:rsidRPr="00FE59BF" w:rsidRDefault="00605635" w:rsidP="00605635">
      <w:pPr>
        <w:spacing w:after="0" w:line="240" w:lineRule="auto"/>
        <w:rPr>
          <w:rFonts w:ascii="Arial" w:hAnsi="Arial" w:cs="Arial"/>
          <w:b/>
          <w:u w:val="single"/>
        </w:rPr>
      </w:pPr>
    </w:p>
    <w:p w14:paraId="3C577565" w14:textId="77777777" w:rsidR="00605635" w:rsidRPr="00FE59BF" w:rsidRDefault="00605635" w:rsidP="00605635">
      <w:pPr>
        <w:spacing w:after="0" w:line="240" w:lineRule="auto"/>
        <w:jc w:val="center"/>
        <w:rPr>
          <w:rFonts w:ascii="Arial" w:hAnsi="Arial" w:cs="Arial"/>
          <w:b/>
          <w:u w:val="single"/>
        </w:rPr>
      </w:pPr>
      <w:r>
        <w:rPr>
          <w:rFonts w:ascii="Arial" w:hAnsi="Arial" w:cs="Arial"/>
          <w:b/>
          <w:noProof/>
          <w:u w:val="single"/>
        </w:rPr>
        <w:drawing>
          <wp:inline distT="0" distB="0" distL="0" distR="0" wp14:anchorId="0E5683E0" wp14:editId="36B49DD5">
            <wp:extent cx="1368474" cy="1554480"/>
            <wp:effectExtent l="0" t="0" r="3175" b="7620"/>
            <wp:docPr id="1799884946" name="Picture 1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84946" name="Picture 16" descr="A white background with black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629" cy="1556928"/>
                    </a:xfrm>
                    <a:prstGeom prst="rect">
                      <a:avLst/>
                    </a:prstGeom>
                    <a:noFill/>
                  </pic:spPr>
                </pic:pic>
              </a:graphicData>
            </a:graphic>
          </wp:inline>
        </w:drawing>
      </w:r>
    </w:p>
    <w:p w14:paraId="023F7CDC" w14:textId="77777777" w:rsidR="00605635" w:rsidRDefault="00605635" w:rsidP="00605635">
      <w:pPr>
        <w:spacing w:after="0" w:line="240" w:lineRule="auto"/>
        <w:rPr>
          <w:rFonts w:ascii="Arial" w:hAnsi="Arial" w:cs="Arial"/>
          <w:b/>
        </w:rPr>
      </w:pPr>
    </w:p>
    <w:p w14:paraId="58A5BD3E" w14:textId="77777777" w:rsidR="00605635" w:rsidRDefault="00605635" w:rsidP="00605635">
      <w:pPr>
        <w:spacing w:after="0" w:line="240" w:lineRule="auto"/>
        <w:rPr>
          <w:rFonts w:ascii="Arial" w:hAnsi="Arial" w:cs="Arial"/>
          <w:b/>
        </w:rPr>
      </w:pPr>
      <w:r>
        <w:rPr>
          <w:rFonts w:ascii="Arial" w:hAnsi="Arial" w:cs="Arial"/>
          <w:b/>
        </w:rPr>
        <w:t>NOTES:</w:t>
      </w:r>
    </w:p>
    <w:p w14:paraId="6959CBA4" w14:textId="77777777" w:rsidR="00605635" w:rsidRDefault="00605635" w:rsidP="00605635">
      <w:pPr>
        <w:spacing w:after="0" w:line="360" w:lineRule="auto"/>
        <w:rPr>
          <w:rFonts w:ascii="Arial" w:hAnsi="Arial" w:cs="Arial"/>
        </w:rPr>
      </w:pPr>
      <w:r w:rsidRPr="00B36C4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E6346F" w14:textId="77777777" w:rsidR="00605635" w:rsidRDefault="00605635" w:rsidP="00605635">
      <w:pPr>
        <w:spacing w:after="0" w:line="360" w:lineRule="auto"/>
        <w:rPr>
          <w:rFonts w:ascii="Arial" w:hAnsi="Arial" w:cs="Arial"/>
          <w:b/>
          <w:u w:val="single"/>
        </w:rPr>
      </w:pPr>
    </w:p>
    <w:p w14:paraId="7E7668B4" w14:textId="18C4BE6B" w:rsidR="00605635" w:rsidRPr="00E34B17" w:rsidRDefault="00605635" w:rsidP="00605635">
      <w:pPr>
        <w:spacing w:after="0" w:line="360" w:lineRule="auto"/>
        <w:rPr>
          <w:rFonts w:ascii="Arial" w:hAnsi="Arial" w:cs="Arial"/>
          <w:b/>
          <w:color w:val="7030A0"/>
          <w:sz w:val="28"/>
          <w:szCs w:val="28"/>
        </w:rPr>
        <w:sectPr w:rsidR="00605635" w:rsidRPr="00E34B17" w:rsidSect="00605635">
          <w:type w:val="continuous"/>
          <w:pgSz w:w="12240" w:h="15840"/>
          <w:pgMar w:top="900" w:right="1440" w:bottom="630" w:left="1440" w:header="720" w:footer="720" w:gutter="0"/>
          <w:cols w:space="720"/>
          <w:titlePg/>
          <w:docGrid w:linePitch="360"/>
        </w:sectPr>
      </w:pPr>
      <w:r w:rsidRPr="00861E58">
        <w:rPr>
          <w:rFonts w:ascii="Arial" w:hAnsi="Arial" w:cs="Arial"/>
          <w:b/>
          <w:color w:val="7030A0"/>
          <w:sz w:val="28"/>
          <w:szCs w:val="28"/>
        </w:rPr>
        <w:t xml:space="preserve">DAY 5- </w:t>
      </w:r>
      <w:r w:rsidR="00861E58" w:rsidRPr="00861E58">
        <w:rPr>
          <w:rFonts w:ascii="Arial" w:hAnsi="Arial" w:cs="Arial"/>
          <w:b/>
          <w:color w:val="7030A0"/>
          <w:sz w:val="28"/>
          <w:szCs w:val="28"/>
        </w:rPr>
        <w:t>FRIDAY, APRIL</w:t>
      </w:r>
      <w:r w:rsidRPr="00861E58">
        <w:rPr>
          <w:rFonts w:ascii="Arial" w:hAnsi="Arial" w:cs="Arial"/>
          <w:b/>
          <w:color w:val="7030A0"/>
          <w:sz w:val="28"/>
          <w:szCs w:val="28"/>
        </w:rPr>
        <w:t xml:space="preserve"> 3, </w:t>
      </w:r>
      <w:proofErr w:type="gramStart"/>
      <w:r w:rsidRPr="00861E58">
        <w:rPr>
          <w:rFonts w:ascii="Arial" w:hAnsi="Arial" w:cs="Arial"/>
          <w:b/>
          <w:color w:val="7030A0"/>
          <w:sz w:val="28"/>
          <w:szCs w:val="28"/>
        </w:rPr>
        <w:t>2026</w:t>
      </w:r>
      <w:proofErr w:type="gramEnd"/>
      <w:r w:rsidRPr="00861E58">
        <w:rPr>
          <w:rFonts w:ascii="Arial" w:hAnsi="Arial" w:cs="Arial"/>
          <w:b/>
          <w:color w:val="7030A0"/>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noProof/>
          <w:sz w:val="32"/>
          <w:szCs w:val="32"/>
        </w:rPr>
        <w:drawing>
          <wp:inline distT="0" distB="0" distL="0" distR="0" wp14:anchorId="562E13C4" wp14:editId="62979536">
            <wp:extent cx="2105025" cy="876300"/>
            <wp:effectExtent l="0" t="0" r="9525" b="0"/>
            <wp:docPr id="787382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876300"/>
                    </a:xfrm>
                    <a:prstGeom prst="rect">
                      <a:avLst/>
                    </a:prstGeom>
                    <a:noFill/>
                  </pic:spPr>
                </pic:pic>
              </a:graphicData>
            </a:graphic>
          </wp:inline>
        </w:drawing>
      </w:r>
    </w:p>
    <w:p w14:paraId="1F9BAE30" w14:textId="77777777" w:rsidR="00605635" w:rsidRPr="00B36C43" w:rsidRDefault="00605635" w:rsidP="00605635">
      <w:pPr>
        <w:spacing w:after="0" w:line="240" w:lineRule="auto"/>
        <w:rPr>
          <w:rFonts w:ascii="Arial" w:hAnsi="Arial" w:cs="Arial"/>
        </w:rPr>
      </w:pPr>
    </w:p>
    <w:p w14:paraId="32763763" w14:textId="77777777" w:rsidR="00605635" w:rsidRDefault="00605635" w:rsidP="00605635">
      <w:pPr>
        <w:spacing w:after="0" w:line="240" w:lineRule="auto"/>
        <w:jc w:val="center"/>
        <w:rPr>
          <w:rFonts w:ascii="Arial" w:hAnsi="Arial" w:cs="Arial"/>
          <w:b/>
          <w:bCs/>
          <w:color w:val="002433"/>
          <w:spacing w:val="15"/>
          <w:sz w:val="40"/>
          <w:szCs w:val="40"/>
          <w:u w:val="single"/>
        </w:rPr>
      </w:pPr>
      <w:r>
        <w:rPr>
          <w:rFonts w:ascii="Arial" w:hAnsi="Arial" w:cs="Arial"/>
          <w:b/>
          <w:bCs/>
          <w:color w:val="002433"/>
          <w:spacing w:val="15"/>
          <w:sz w:val="40"/>
          <w:szCs w:val="40"/>
          <w:u w:val="single"/>
        </w:rPr>
        <w:t xml:space="preserve">CHANGE OUT OF THE OLD </w:t>
      </w:r>
    </w:p>
    <w:p w14:paraId="7C37A388" w14:textId="77777777" w:rsidR="00605635" w:rsidRPr="003C5972" w:rsidRDefault="00605635" w:rsidP="00605635">
      <w:pPr>
        <w:spacing w:after="0" w:line="240" w:lineRule="auto"/>
        <w:jc w:val="center"/>
        <w:rPr>
          <w:rFonts w:ascii="Arial" w:hAnsi="Arial" w:cs="Arial"/>
          <w:sz w:val="40"/>
          <w:szCs w:val="40"/>
          <w:u w:val="single"/>
        </w:rPr>
      </w:pPr>
      <w:r>
        <w:rPr>
          <w:rFonts w:ascii="Arial" w:hAnsi="Arial" w:cs="Arial"/>
          <w:b/>
          <w:bCs/>
          <w:color w:val="002433"/>
          <w:spacing w:val="15"/>
          <w:sz w:val="40"/>
          <w:szCs w:val="40"/>
          <w:u w:val="single"/>
        </w:rPr>
        <w:t>AND PUT ON THE NEW</w:t>
      </w:r>
    </w:p>
    <w:p w14:paraId="7D899F0D" w14:textId="77777777" w:rsidR="00605635" w:rsidRPr="00167E70" w:rsidRDefault="00605635" w:rsidP="00605635">
      <w:pPr>
        <w:spacing w:after="0" w:line="240" w:lineRule="auto"/>
        <w:rPr>
          <w:rFonts w:ascii="Arial" w:hAnsi="Arial" w:cs="Arial"/>
        </w:rPr>
      </w:pPr>
    </w:p>
    <w:p w14:paraId="23A79F4C" w14:textId="77777777" w:rsidR="00605635" w:rsidRPr="00167E70" w:rsidRDefault="00605635" w:rsidP="00605635">
      <w:pPr>
        <w:spacing w:after="0" w:line="240" w:lineRule="auto"/>
        <w:rPr>
          <w:rFonts w:ascii="Arial" w:hAnsi="Arial" w:cs="Arial"/>
          <w:b/>
          <w:bCs/>
        </w:rPr>
      </w:pPr>
      <w:bookmarkStart w:id="0" w:name="_Hlk533645697"/>
      <w:r w:rsidRPr="00167E70">
        <w:rPr>
          <w:rFonts w:ascii="Arial" w:hAnsi="Arial" w:cs="Arial"/>
          <w:b/>
          <w:bCs/>
        </w:rPr>
        <w:t>MORNING – Ephesians 4:22–24</w:t>
      </w:r>
    </w:p>
    <w:p w14:paraId="7096FDE6" w14:textId="77777777" w:rsidR="00605635" w:rsidRPr="00167E70" w:rsidRDefault="00605635" w:rsidP="00605635">
      <w:pPr>
        <w:spacing w:after="0" w:line="240" w:lineRule="auto"/>
        <w:rPr>
          <w:rFonts w:ascii="Arial" w:hAnsi="Arial" w:cs="Arial"/>
        </w:rPr>
      </w:pPr>
      <w:r w:rsidRPr="00167E70">
        <w:rPr>
          <w:rFonts w:ascii="Arial" w:hAnsi="Arial" w:cs="Arial"/>
          <w:i/>
          <w:iCs/>
        </w:rPr>
        <w:t>“To put off your old self, which belongs to your former manner of life and is corrupt through deceitful desires, and to be renewed in the spirit of your minds, and to put on the new self, created after the likeness of God in true righteousness and holiness.”</w:t>
      </w:r>
    </w:p>
    <w:p w14:paraId="6B9751D8" w14:textId="77777777" w:rsidR="00605635" w:rsidRDefault="00605635" w:rsidP="00605635">
      <w:pPr>
        <w:spacing w:after="0" w:line="240" w:lineRule="auto"/>
        <w:rPr>
          <w:rFonts w:ascii="Arial" w:hAnsi="Arial" w:cs="Arial"/>
          <w:b/>
          <w:bCs/>
        </w:rPr>
      </w:pPr>
    </w:p>
    <w:p w14:paraId="272BBDE3" w14:textId="77777777" w:rsidR="00605635" w:rsidRPr="00167E70" w:rsidRDefault="00605635" w:rsidP="00605635">
      <w:pPr>
        <w:spacing w:after="0" w:line="240" w:lineRule="auto"/>
        <w:rPr>
          <w:rFonts w:ascii="Arial" w:hAnsi="Arial" w:cs="Arial"/>
          <w:b/>
          <w:bCs/>
        </w:rPr>
      </w:pPr>
      <w:r w:rsidRPr="00167E70">
        <w:rPr>
          <w:rFonts w:ascii="Arial" w:hAnsi="Arial" w:cs="Arial"/>
          <w:b/>
          <w:bCs/>
        </w:rPr>
        <w:t>EVENING – Hebrews 12:1–2</w:t>
      </w:r>
    </w:p>
    <w:p w14:paraId="54206F07" w14:textId="77777777" w:rsidR="00605635" w:rsidRPr="00167E70" w:rsidRDefault="00605635" w:rsidP="00605635">
      <w:pPr>
        <w:spacing w:after="0" w:line="240" w:lineRule="auto"/>
        <w:rPr>
          <w:rFonts w:ascii="Arial" w:hAnsi="Arial" w:cs="Arial"/>
        </w:rPr>
      </w:pPr>
      <w:r w:rsidRPr="00167E70">
        <w:rPr>
          <w:rFonts w:ascii="Arial" w:hAnsi="Arial" w:cs="Arial"/>
          <w:i/>
          <w:iCs/>
        </w:rPr>
        <w:t>“Therefore, since we are surrounded by such a huge crowd of witnesses to the life of faith, let us strip off every weight that slows us down, especially the sin that so easily trips us up. And let us run with endurance the race God has set before us.”</w:t>
      </w:r>
    </w:p>
    <w:p w14:paraId="7B5036E8" w14:textId="77777777" w:rsidR="00605635" w:rsidRPr="00167E70" w:rsidRDefault="00605635" w:rsidP="00605635">
      <w:pPr>
        <w:spacing w:after="0" w:line="240" w:lineRule="auto"/>
        <w:rPr>
          <w:rFonts w:ascii="Arial" w:hAnsi="Arial" w:cs="Arial"/>
          <w:b/>
          <w:bCs/>
        </w:rPr>
      </w:pPr>
    </w:p>
    <w:p w14:paraId="4F575A8A" w14:textId="77777777" w:rsidR="00605635" w:rsidRPr="00167E70" w:rsidRDefault="00605635" w:rsidP="00605635">
      <w:pPr>
        <w:spacing w:after="0" w:line="240" w:lineRule="auto"/>
        <w:rPr>
          <w:rFonts w:ascii="Arial" w:hAnsi="Arial" w:cs="Arial"/>
        </w:rPr>
      </w:pPr>
      <w:r w:rsidRPr="00167E70">
        <w:rPr>
          <w:rFonts w:ascii="Arial" w:hAnsi="Arial" w:cs="Arial"/>
        </w:rPr>
        <w:t>Every day, we change our clothing. To do so, we must remove what we previously wore and replace it with something fresh. Unless someone requires assistance, this change is intentional and self</w:t>
      </w:r>
      <w:r w:rsidRPr="00167E70">
        <w:rPr>
          <w:rFonts w:ascii="Arial" w:hAnsi="Arial" w:cs="Arial"/>
        </w:rPr>
        <w:noBreakHyphen/>
        <w:t>initiated. The same principle applies to spiritual transformation.</w:t>
      </w:r>
    </w:p>
    <w:p w14:paraId="65394E80" w14:textId="77777777" w:rsidR="00605635" w:rsidRDefault="00605635" w:rsidP="00605635">
      <w:pPr>
        <w:spacing w:after="0" w:line="240" w:lineRule="auto"/>
        <w:rPr>
          <w:rFonts w:ascii="Arial" w:hAnsi="Arial" w:cs="Arial"/>
        </w:rPr>
      </w:pPr>
    </w:p>
    <w:p w14:paraId="628573B1" w14:textId="77777777" w:rsidR="00605635" w:rsidRPr="00167E70" w:rsidRDefault="00605635" w:rsidP="00605635">
      <w:pPr>
        <w:spacing w:after="0" w:line="240" w:lineRule="auto"/>
        <w:rPr>
          <w:rFonts w:ascii="Arial" w:hAnsi="Arial" w:cs="Arial"/>
        </w:rPr>
      </w:pPr>
      <w:r w:rsidRPr="00167E70">
        <w:rPr>
          <w:rFonts w:ascii="Arial" w:hAnsi="Arial" w:cs="Arial"/>
        </w:rPr>
        <w:t xml:space="preserve">God has given you salvation and the grace to become new—but you still had a role to play. You had to accept His </w:t>
      </w:r>
      <w:proofErr w:type="gramStart"/>
      <w:r w:rsidRPr="00167E70">
        <w:rPr>
          <w:rFonts w:ascii="Arial" w:hAnsi="Arial" w:cs="Arial"/>
        </w:rPr>
        <w:t>free gift</w:t>
      </w:r>
      <w:proofErr w:type="gramEnd"/>
      <w:r w:rsidRPr="00167E70">
        <w:rPr>
          <w:rFonts w:ascii="Arial" w:hAnsi="Arial" w:cs="Arial"/>
        </w:rPr>
        <w:t xml:space="preserve"> and invite Him into your life. In the same way, God has given you the power and authority to be completely transformed, yet you must actively participate in that process.</w:t>
      </w:r>
    </w:p>
    <w:p w14:paraId="34B43C6C" w14:textId="77777777" w:rsidR="00605635" w:rsidRDefault="00605635" w:rsidP="00605635">
      <w:pPr>
        <w:spacing w:after="0" w:line="240" w:lineRule="auto"/>
        <w:rPr>
          <w:rFonts w:ascii="Arial" w:hAnsi="Arial" w:cs="Arial"/>
        </w:rPr>
      </w:pPr>
    </w:p>
    <w:p w14:paraId="017EBD07" w14:textId="77777777" w:rsidR="00605635" w:rsidRPr="00167E70" w:rsidRDefault="00605635" w:rsidP="00605635">
      <w:pPr>
        <w:spacing w:after="0" w:line="240" w:lineRule="auto"/>
        <w:rPr>
          <w:rFonts w:ascii="Arial" w:hAnsi="Arial" w:cs="Arial"/>
        </w:rPr>
      </w:pPr>
      <w:r w:rsidRPr="00167E70">
        <w:rPr>
          <w:rFonts w:ascii="Arial" w:hAnsi="Arial" w:cs="Arial"/>
        </w:rPr>
        <w:t xml:space="preserve">To walk in deliverance, you must </w:t>
      </w:r>
      <w:r w:rsidRPr="00167E70">
        <w:rPr>
          <w:rFonts w:ascii="Arial" w:hAnsi="Arial" w:cs="Arial"/>
          <w:b/>
          <w:bCs/>
        </w:rPr>
        <w:t>put off</w:t>
      </w:r>
      <w:r w:rsidRPr="00167E70">
        <w:rPr>
          <w:rFonts w:ascii="Arial" w:hAnsi="Arial" w:cs="Arial"/>
        </w:rPr>
        <w:t xml:space="preserve"> the old patterns, habits, and mindsets, and </w:t>
      </w:r>
      <w:r w:rsidRPr="00167E70">
        <w:rPr>
          <w:rFonts w:ascii="Arial" w:hAnsi="Arial" w:cs="Arial"/>
          <w:b/>
          <w:bCs/>
        </w:rPr>
        <w:t>put on</w:t>
      </w:r>
      <w:r w:rsidRPr="00167E70">
        <w:rPr>
          <w:rFonts w:ascii="Arial" w:hAnsi="Arial" w:cs="Arial"/>
        </w:rPr>
        <w:t xml:space="preserve"> the new identity God has provided. Even in this, you are not alone. The Holy Spirit stands ready to assist you in every step of your daily spiritual “dressing,” empowering you to make the changes that align with God’s will. You have been fully equipped.</w:t>
      </w:r>
    </w:p>
    <w:p w14:paraId="76265516" w14:textId="77777777" w:rsidR="00605635" w:rsidRDefault="00605635" w:rsidP="00605635">
      <w:pPr>
        <w:spacing w:after="0" w:line="240" w:lineRule="auto"/>
        <w:rPr>
          <w:rFonts w:ascii="Arial" w:hAnsi="Arial" w:cs="Arial"/>
          <w:b/>
          <w:bCs/>
        </w:rPr>
      </w:pPr>
    </w:p>
    <w:p w14:paraId="379B18E4" w14:textId="77777777" w:rsidR="00605635" w:rsidRPr="00167E70" w:rsidRDefault="00605635" w:rsidP="00605635">
      <w:pPr>
        <w:spacing w:after="0" w:line="240" w:lineRule="auto"/>
        <w:rPr>
          <w:rFonts w:ascii="Arial" w:hAnsi="Arial" w:cs="Arial"/>
          <w:b/>
          <w:bCs/>
        </w:rPr>
      </w:pPr>
      <w:r w:rsidRPr="00167E70">
        <w:rPr>
          <w:rFonts w:ascii="Arial" w:hAnsi="Arial" w:cs="Arial"/>
          <w:b/>
          <w:bCs/>
        </w:rPr>
        <w:t>Supplication</w:t>
      </w:r>
    </w:p>
    <w:p w14:paraId="5416B76C" w14:textId="77777777" w:rsidR="00605635" w:rsidRPr="00167E70" w:rsidRDefault="00605635" w:rsidP="00605635">
      <w:pPr>
        <w:spacing w:after="0" w:line="240" w:lineRule="auto"/>
        <w:rPr>
          <w:rFonts w:ascii="Arial" w:hAnsi="Arial" w:cs="Arial"/>
        </w:rPr>
      </w:pPr>
      <w:r w:rsidRPr="00167E70">
        <w:rPr>
          <w:rFonts w:ascii="Arial" w:hAnsi="Arial" w:cs="Arial"/>
        </w:rPr>
        <w:t>To put off the old and put on the new, you must first have the mindset to do so. Transformation requires intentional action. You must participate in the process.</w:t>
      </w:r>
    </w:p>
    <w:p w14:paraId="068786D9" w14:textId="77777777" w:rsidR="00605635" w:rsidRDefault="00605635" w:rsidP="00605635">
      <w:pPr>
        <w:spacing w:after="0" w:line="240" w:lineRule="auto"/>
        <w:rPr>
          <w:rFonts w:ascii="Arial" w:hAnsi="Arial" w:cs="Arial"/>
          <w:b/>
          <w:bCs/>
        </w:rPr>
      </w:pPr>
    </w:p>
    <w:p w14:paraId="184CF9CB" w14:textId="77777777" w:rsidR="00605635" w:rsidRPr="00167E70" w:rsidRDefault="00605635" w:rsidP="00605635">
      <w:pPr>
        <w:spacing w:after="0" w:line="240" w:lineRule="auto"/>
        <w:rPr>
          <w:rFonts w:ascii="Arial" w:hAnsi="Arial" w:cs="Arial"/>
          <w:b/>
          <w:bCs/>
        </w:rPr>
      </w:pPr>
      <w:r w:rsidRPr="00167E70">
        <w:rPr>
          <w:rFonts w:ascii="Arial" w:hAnsi="Arial" w:cs="Arial"/>
          <w:b/>
          <w:bCs/>
        </w:rPr>
        <w:t>Prayer</w:t>
      </w:r>
    </w:p>
    <w:p w14:paraId="5C1794BF" w14:textId="77777777" w:rsidR="00605635" w:rsidRPr="00167E70" w:rsidRDefault="00605635" w:rsidP="00605635">
      <w:pPr>
        <w:spacing w:after="0" w:line="240" w:lineRule="auto"/>
        <w:rPr>
          <w:rFonts w:ascii="Arial" w:hAnsi="Arial" w:cs="Arial"/>
        </w:rPr>
      </w:pPr>
      <w:r w:rsidRPr="00167E70">
        <w:rPr>
          <w:rFonts w:ascii="Arial" w:hAnsi="Arial" w:cs="Arial"/>
          <w:b/>
          <w:bCs/>
        </w:rPr>
        <w:t>Dear Lord,</w:t>
      </w:r>
      <w:r w:rsidRPr="00167E70">
        <w:rPr>
          <w:rFonts w:ascii="Arial" w:hAnsi="Arial" w:cs="Arial"/>
        </w:rPr>
        <w:t xml:space="preserve"> I am weary of walking in the habits of the old me. Please help me to put off the old ways and put on the new. Give me the desire to make the changes I need and then strengthen me to do what is required. </w:t>
      </w:r>
      <w:r w:rsidRPr="00167E70">
        <w:rPr>
          <w:rFonts w:ascii="Arial" w:hAnsi="Arial" w:cs="Arial"/>
          <w:b/>
          <w:bCs/>
        </w:rPr>
        <w:t>In Jesus’ name, Amen.</w:t>
      </w:r>
    </w:p>
    <w:bookmarkEnd w:id="0"/>
    <w:p w14:paraId="0FB23F7A" w14:textId="77777777" w:rsidR="00605635" w:rsidRDefault="00605635" w:rsidP="00605635">
      <w:pPr>
        <w:spacing w:after="0" w:line="360" w:lineRule="auto"/>
        <w:rPr>
          <w:rFonts w:ascii="Arial" w:hAnsi="Arial" w:cs="Arial"/>
          <w:b/>
        </w:rPr>
      </w:pPr>
    </w:p>
    <w:p w14:paraId="4439E7DD" w14:textId="77777777" w:rsidR="00605635" w:rsidRPr="009030EF" w:rsidRDefault="00605635" w:rsidP="00605635">
      <w:pPr>
        <w:spacing w:after="0" w:line="360" w:lineRule="auto"/>
        <w:rPr>
          <w:rFonts w:ascii="Arial" w:hAnsi="Arial" w:cs="Arial"/>
          <w:b/>
        </w:rPr>
      </w:pPr>
      <w:r>
        <w:rPr>
          <w:rFonts w:ascii="Arial" w:hAnsi="Arial" w:cs="Arial"/>
          <w:b/>
        </w:rPr>
        <w:t>NOTES:</w:t>
      </w:r>
    </w:p>
    <w:p w14:paraId="7C80DA21" w14:textId="77777777" w:rsidR="00605635" w:rsidRPr="003C5972" w:rsidRDefault="00605635" w:rsidP="00605635">
      <w:pPr>
        <w:spacing w:after="0" w:line="360" w:lineRule="auto"/>
        <w:rPr>
          <w:rFonts w:ascii="Arial" w:hAnsi="Arial" w:cs="Arial"/>
          <w:b/>
          <w:sz w:val="28"/>
        </w:rPr>
      </w:pPr>
      <w:r w:rsidRPr="00B36C4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D23D0" w14:textId="77777777" w:rsidR="00605635" w:rsidRPr="003C5972" w:rsidRDefault="00605635" w:rsidP="00605635">
      <w:pPr>
        <w:spacing w:after="120"/>
        <w:rPr>
          <w:rFonts w:ascii="Arial" w:hAnsi="Arial" w:cs="Arial"/>
          <w:b/>
          <w:u w:val="single"/>
        </w:rPr>
        <w:sectPr w:rsidR="00605635" w:rsidRPr="003C5972" w:rsidSect="00605635">
          <w:type w:val="continuous"/>
          <w:pgSz w:w="12240" w:h="15840"/>
          <w:pgMar w:top="900" w:right="1440" w:bottom="630" w:left="1440" w:header="720" w:footer="720" w:gutter="0"/>
          <w:cols w:space="720"/>
          <w:titlePg/>
          <w:docGrid w:linePitch="360"/>
        </w:sectPr>
      </w:pPr>
    </w:p>
    <w:p w14:paraId="2293DE45" w14:textId="77777777" w:rsidR="00605635" w:rsidRPr="002770DE" w:rsidRDefault="00605635" w:rsidP="00605635">
      <w:pPr>
        <w:spacing w:after="0" w:line="240" w:lineRule="auto"/>
        <w:jc w:val="right"/>
        <w:rPr>
          <w:rFonts w:ascii="Arial" w:hAnsi="Arial" w:cs="Arial"/>
          <w:b/>
        </w:rPr>
      </w:pPr>
      <w:r>
        <w:rPr>
          <w:noProof/>
        </w:rPr>
        <w:lastRenderedPageBreak/>
        <w:drawing>
          <wp:inline distT="0" distB="0" distL="0" distR="0" wp14:anchorId="7AB100F5" wp14:editId="697C722F">
            <wp:extent cx="975360" cy="97536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p w14:paraId="1DC2D2B6" w14:textId="105AD8F7" w:rsidR="00605635" w:rsidRPr="00C23D11" w:rsidRDefault="00605635" w:rsidP="00605635">
      <w:pPr>
        <w:spacing w:after="0" w:line="240" w:lineRule="auto"/>
        <w:rPr>
          <w:rFonts w:ascii="Arial" w:hAnsi="Arial" w:cs="Arial"/>
          <w:b/>
          <w:color w:val="7030A0"/>
          <w:sz w:val="32"/>
          <w:szCs w:val="32"/>
        </w:rPr>
      </w:pPr>
      <w:bookmarkStart w:id="1" w:name="_Hlk533738762"/>
      <w:r w:rsidRPr="00C23D11">
        <w:rPr>
          <w:rFonts w:ascii="Arial" w:hAnsi="Arial" w:cs="Arial"/>
          <w:b/>
          <w:color w:val="7030A0"/>
          <w:sz w:val="32"/>
          <w:szCs w:val="32"/>
        </w:rPr>
        <w:t>DAY 6 –</w:t>
      </w:r>
      <w:r w:rsidR="00861E58" w:rsidRPr="00C23D11">
        <w:rPr>
          <w:rFonts w:ascii="Arial" w:hAnsi="Arial" w:cs="Arial"/>
          <w:b/>
          <w:color w:val="7030A0"/>
          <w:sz w:val="32"/>
          <w:szCs w:val="32"/>
        </w:rPr>
        <w:t>SATURDAY,</w:t>
      </w:r>
      <w:r w:rsidRPr="00C23D11">
        <w:rPr>
          <w:rFonts w:ascii="Arial" w:hAnsi="Arial" w:cs="Arial"/>
          <w:b/>
          <w:color w:val="7030A0"/>
          <w:sz w:val="32"/>
          <w:szCs w:val="32"/>
        </w:rPr>
        <w:t xml:space="preserve"> APRIL 4, 2026</w:t>
      </w:r>
    </w:p>
    <w:p w14:paraId="561A5B32" w14:textId="77777777" w:rsidR="00605635" w:rsidRDefault="00605635" w:rsidP="00605635">
      <w:pPr>
        <w:spacing w:after="0" w:line="240" w:lineRule="auto"/>
        <w:rPr>
          <w:rFonts w:ascii="Arial" w:hAnsi="Arial" w:cs="Arial"/>
          <w:b/>
        </w:rPr>
      </w:pPr>
    </w:p>
    <w:p w14:paraId="4C296727" w14:textId="77777777" w:rsidR="00605635" w:rsidRDefault="00605635" w:rsidP="00605635">
      <w:pPr>
        <w:spacing w:after="0" w:line="240" w:lineRule="auto"/>
        <w:rPr>
          <w:rFonts w:ascii="Arial" w:hAnsi="Arial" w:cs="Arial"/>
          <w:b/>
        </w:rPr>
      </w:pPr>
    </w:p>
    <w:p w14:paraId="6B6722C6" w14:textId="77777777" w:rsidR="00605635" w:rsidRPr="00605635" w:rsidRDefault="00605635" w:rsidP="00605635">
      <w:pPr>
        <w:spacing w:after="0" w:line="240" w:lineRule="auto"/>
        <w:jc w:val="center"/>
        <w:rPr>
          <w:rFonts w:ascii="Arial" w:hAnsi="Arial" w:cs="Arial"/>
          <w:b/>
          <w:sz w:val="32"/>
          <w:szCs w:val="32"/>
          <w:u w:val="single"/>
        </w:rPr>
      </w:pPr>
      <w:r w:rsidRPr="00605635">
        <w:rPr>
          <w:rFonts w:ascii="Arial" w:hAnsi="Arial" w:cs="Arial"/>
          <w:b/>
          <w:sz w:val="32"/>
          <w:szCs w:val="32"/>
          <w:u w:val="single"/>
        </w:rPr>
        <w:t xml:space="preserve">WORSHIP THE GREAT GOD: </w:t>
      </w:r>
    </w:p>
    <w:p w14:paraId="6EADFD70" w14:textId="77777777" w:rsidR="00605635" w:rsidRPr="00605635" w:rsidRDefault="00605635" w:rsidP="00605635">
      <w:pPr>
        <w:spacing w:after="0" w:line="240" w:lineRule="auto"/>
        <w:jc w:val="center"/>
        <w:rPr>
          <w:rFonts w:ascii="Arial" w:hAnsi="Arial" w:cs="Arial"/>
          <w:b/>
          <w:sz w:val="32"/>
          <w:szCs w:val="32"/>
          <w:u w:val="single"/>
        </w:rPr>
      </w:pPr>
      <w:r w:rsidRPr="00605635">
        <w:rPr>
          <w:rFonts w:ascii="Arial" w:hAnsi="Arial" w:cs="Arial"/>
          <w:b/>
          <w:sz w:val="32"/>
          <w:szCs w:val="32"/>
          <w:u w:val="single"/>
        </w:rPr>
        <w:t>THE JOY OF THE LORD IS YOUR STENGTH</w:t>
      </w:r>
    </w:p>
    <w:p w14:paraId="23E0A71A" w14:textId="77777777" w:rsidR="00605635" w:rsidRPr="008416E8" w:rsidRDefault="00605635" w:rsidP="00605635">
      <w:pPr>
        <w:spacing w:after="0" w:line="240" w:lineRule="auto"/>
        <w:rPr>
          <w:rFonts w:ascii="Arial" w:hAnsi="Arial" w:cs="Arial"/>
        </w:rPr>
      </w:pPr>
    </w:p>
    <w:p w14:paraId="7C775C32" w14:textId="77777777" w:rsidR="00605635" w:rsidRPr="007F36BB" w:rsidRDefault="00605635" w:rsidP="00605635">
      <w:pPr>
        <w:spacing w:after="0" w:line="240" w:lineRule="auto"/>
        <w:rPr>
          <w:rFonts w:ascii="Arial" w:hAnsi="Arial" w:cs="Arial"/>
          <w:b/>
          <w:bCs/>
        </w:rPr>
      </w:pPr>
      <w:r w:rsidRPr="007F36BB">
        <w:rPr>
          <w:rFonts w:ascii="Arial" w:hAnsi="Arial" w:cs="Arial"/>
          <w:b/>
          <w:bCs/>
        </w:rPr>
        <w:t>Morning — Nehemiah 8:5–6</w:t>
      </w:r>
      <w:r>
        <w:rPr>
          <w:rFonts w:ascii="Arial" w:hAnsi="Arial" w:cs="Arial"/>
          <w:b/>
          <w:bCs/>
        </w:rPr>
        <w:tab/>
      </w:r>
      <w:r w:rsidRPr="007F36BB">
        <w:rPr>
          <w:rFonts w:ascii="Arial" w:hAnsi="Arial" w:cs="Arial"/>
          <w:i/>
          <w:iCs/>
        </w:rPr>
        <w:t>Ezra stood on the platform in full view of all the people. When they saw him open the book, they all rose to their feet. Then Ezra praised the Lord, the great God, and all the people chanted, “Amen! Amen!” as they lifted their hands. Then they bowed down and worshiped the Lord with their faces to the ground.</w:t>
      </w:r>
    </w:p>
    <w:p w14:paraId="0A18DC82" w14:textId="77777777" w:rsidR="00605635" w:rsidRDefault="00605635" w:rsidP="00605635">
      <w:pPr>
        <w:spacing w:after="0" w:line="240" w:lineRule="auto"/>
        <w:rPr>
          <w:rFonts w:ascii="Arial" w:hAnsi="Arial" w:cs="Arial"/>
          <w:b/>
          <w:bCs/>
        </w:rPr>
      </w:pPr>
    </w:p>
    <w:p w14:paraId="76D021E4" w14:textId="77777777" w:rsidR="00605635" w:rsidRPr="007F36BB" w:rsidRDefault="00605635" w:rsidP="00605635">
      <w:pPr>
        <w:spacing w:after="0" w:line="240" w:lineRule="auto"/>
        <w:rPr>
          <w:rFonts w:ascii="Arial" w:hAnsi="Arial" w:cs="Arial"/>
          <w:b/>
          <w:bCs/>
        </w:rPr>
      </w:pPr>
      <w:r w:rsidRPr="007F36BB">
        <w:rPr>
          <w:rFonts w:ascii="Arial" w:hAnsi="Arial" w:cs="Arial"/>
          <w:b/>
          <w:bCs/>
        </w:rPr>
        <w:t>Evening — Nehemiah 8:10</w:t>
      </w:r>
      <w:r>
        <w:rPr>
          <w:rFonts w:ascii="Arial" w:hAnsi="Arial" w:cs="Arial"/>
          <w:b/>
          <w:bCs/>
        </w:rPr>
        <w:tab/>
      </w:r>
      <w:r>
        <w:rPr>
          <w:rFonts w:ascii="Arial" w:hAnsi="Arial" w:cs="Arial"/>
          <w:b/>
          <w:bCs/>
        </w:rPr>
        <w:tab/>
      </w:r>
      <w:r w:rsidRPr="007F36BB">
        <w:rPr>
          <w:rFonts w:ascii="Arial" w:hAnsi="Arial" w:cs="Arial"/>
          <w:i/>
          <w:iCs/>
        </w:rPr>
        <w:t>And Nehemiah continued, “Go and celebrate with a feast of rich foods and sweet drinks, and share gifts of food with people who have nothing prepared. This is a sacred day before our Lord. Don’t be dejected and sad, for the joy of the Lord is your strength!”</w:t>
      </w:r>
    </w:p>
    <w:p w14:paraId="29B130A6" w14:textId="77777777" w:rsidR="00605635" w:rsidRDefault="00605635" w:rsidP="00605635">
      <w:pPr>
        <w:spacing w:after="0" w:line="240" w:lineRule="auto"/>
        <w:rPr>
          <w:rFonts w:ascii="Arial" w:hAnsi="Arial" w:cs="Arial"/>
          <w:b/>
          <w:bCs/>
        </w:rPr>
      </w:pPr>
    </w:p>
    <w:p w14:paraId="0DA41DDC" w14:textId="77777777" w:rsidR="00605635" w:rsidRPr="007F36BB" w:rsidRDefault="00605635" w:rsidP="00605635">
      <w:pPr>
        <w:spacing w:after="0" w:line="240" w:lineRule="auto"/>
        <w:rPr>
          <w:rFonts w:ascii="Arial" w:hAnsi="Arial" w:cs="Arial"/>
          <w:b/>
          <w:bCs/>
        </w:rPr>
      </w:pPr>
      <w:r w:rsidRPr="007F36BB">
        <w:rPr>
          <w:rFonts w:ascii="Arial" w:hAnsi="Arial" w:cs="Arial"/>
          <w:b/>
          <w:bCs/>
        </w:rPr>
        <w:t>Devotional</w:t>
      </w:r>
    </w:p>
    <w:p w14:paraId="6C1A3452" w14:textId="77777777" w:rsidR="00605635" w:rsidRPr="007F36BB" w:rsidRDefault="00605635" w:rsidP="00605635">
      <w:pPr>
        <w:spacing w:after="0" w:line="240" w:lineRule="auto"/>
        <w:rPr>
          <w:rFonts w:ascii="Arial" w:hAnsi="Arial" w:cs="Arial"/>
        </w:rPr>
      </w:pPr>
      <w:r w:rsidRPr="007F36BB">
        <w:rPr>
          <w:rFonts w:ascii="Arial" w:hAnsi="Arial" w:cs="Arial"/>
        </w:rPr>
        <w:t xml:space="preserve">Open the Word and read the Word. Hear the Word. </w:t>
      </w:r>
      <w:proofErr w:type="gramStart"/>
      <w:r w:rsidRPr="007F36BB">
        <w:rPr>
          <w:rFonts w:ascii="Arial" w:hAnsi="Arial" w:cs="Arial"/>
        </w:rPr>
        <w:t>Lift up</w:t>
      </w:r>
      <w:proofErr w:type="gramEnd"/>
      <w:r w:rsidRPr="007F36BB">
        <w:rPr>
          <w:rFonts w:ascii="Arial" w:hAnsi="Arial" w:cs="Arial"/>
        </w:rPr>
        <w:t xml:space="preserve"> your hands and your </w:t>
      </w:r>
      <w:proofErr w:type="gramStart"/>
      <w:r w:rsidRPr="007F36BB">
        <w:rPr>
          <w:rFonts w:ascii="Arial" w:hAnsi="Arial" w:cs="Arial"/>
        </w:rPr>
        <w:t>heart, and</w:t>
      </w:r>
      <w:proofErr w:type="gramEnd"/>
      <w:r w:rsidRPr="007F36BB">
        <w:rPr>
          <w:rFonts w:ascii="Arial" w:hAnsi="Arial" w:cs="Arial"/>
        </w:rPr>
        <w:t xml:space="preserve"> praise our mighty God—no matter what. As we empty ourselves before Him and acknowledge that He is our strength, renewal begins to flow. Praise Him! You have been strengthened. You have been equipped. Now go out in that strength and encourage someone else.</w:t>
      </w:r>
      <w:r>
        <w:rPr>
          <w:rFonts w:ascii="Arial" w:hAnsi="Arial" w:cs="Arial"/>
        </w:rPr>
        <w:t xml:space="preserve"> </w:t>
      </w:r>
      <w:r w:rsidRPr="007F36BB">
        <w:rPr>
          <w:rFonts w:ascii="Arial" w:hAnsi="Arial" w:cs="Arial"/>
        </w:rPr>
        <w:t xml:space="preserve">The more we praise Him, the more we accept His will for our lives. As we surrender, His joy fills us. Put off sadness and leave it on the altar. Receive and walk in the joy of the Lord. </w:t>
      </w:r>
      <w:r w:rsidRPr="007F36BB">
        <w:rPr>
          <w:rFonts w:ascii="Arial" w:hAnsi="Arial" w:cs="Arial"/>
          <w:b/>
          <w:bCs/>
        </w:rPr>
        <w:t>The joy of the Lord is your strength.</w:t>
      </w:r>
    </w:p>
    <w:p w14:paraId="44561EDB" w14:textId="77777777" w:rsidR="00605635" w:rsidRDefault="00605635" w:rsidP="00605635">
      <w:pPr>
        <w:spacing w:after="0" w:line="240" w:lineRule="auto"/>
        <w:rPr>
          <w:rFonts w:ascii="Arial" w:hAnsi="Arial" w:cs="Arial"/>
          <w:b/>
          <w:bCs/>
        </w:rPr>
      </w:pPr>
    </w:p>
    <w:p w14:paraId="36EA9525" w14:textId="77777777" w:rsidR="00605635" w:rsidRPr="007F36BB" w:rsidRDefault="00605635" w:rsidP="00605635">
      <w:pPr>
        <w:spacing w:after="0" w:line="240" w:lineRule="auto"/>
        <w:rPr>
          <w:rFonts w:ascii="Arial" w:hAnsi="Arial" w:cs="Arial"/>
          <w:b/>
          <w:bCs/>
        </w:rPr>
      </w:pPr>
      <w:r w:rsidRPr="007F36BB">
        <w:rPr>
          <w:rFonts w:ascii="Arial" w:hAnsi="Arial" w:cs="Arial"/>
          <w:b/>
          <w:bCs/>
        </w:rPr>
        <w:t>Supplication</w:t>
      </w:r>
    </w:p>
    <w:p w14:paraId="60688142" w14:textId="77777777" w:rsidR="00605635" w:rsidRPr="007F36BB" w:rsidRDefault="00605635" w:rsidP="00605635">
      <w:pPr>
        <w:spacing w:after="0" w:line="240" w:lineRule="auto"/>
        <w:rPr>
          <w:rFonts w:ascii="Arial" w:hAnsi="Arial" w:cs="Arial"/>
        </w:rPr>
      </w:pPr>
      <w:r w:rsidRPr="007F36BB">
        <w:rPr>
          <w:rFonts w:ascii="Arial" w:hAnsi="Arial" w:cs="Arial"/>
        </w:rPr>
        <w:t xml:space="preserve">When sadness, depression, anger, or doubt tries to raise its ugly head, praise Him in your heart. </w:t>
      </w:r>
      <w:proofErr w:type="gramStart"/>
      <w:r w:rsidRPr="007F36BB">
        <w:rPr>
          <w:rFonts w:ascii="Arial" w:hAnsi="Arial" w:cs="Arial"/>
        </w:rPr>
        <w:t>Lift up</w:t>
      </w:r>
      <w:proofErr w:type="gramEnd"/>
      <w:r w:rsidRPr="007F36BB">
        <w:rPr>
          <w:rFonts w:ascii="Arial" w:hAnsi="Arial" w:cs="Arial"/>
        </w:rPr>
        <w:t xml:space="preserve"> your hands. Rejoice in the Lord—and rejoice again.</w:t>
      </w:r>
    </w:p>
    <w:p w14:paraId="2433B27F" w14:textId="77777777" w:rsidR="00605635" w:rsidRDefault="00605635" w:rsidP="00605635">
      <w:pPr>
        <w:spacing w:after="0" w:line="240" w:lineRule="auto"/>
        <w:rPr>
          <w:rFonts w:ascii="Arial" w:hAnsi="Arial" w:cs="Arial"/>
          <w:b/>
          <w:bCs/>
        </w:rPr>
      </w:pPr>
    </w:p>
    <w:p w14:paraId="6E536CBA" w14:textId="77777777" w:rsidR="00605635" w:rsidRPr="007F36BB" w:rsidRDefault="00605635" w:rsidP="00605635">
      <w:pPr>
        <w:spacing w:after="0" w:line="240" w:lineRule="auto"/>
        <w:rPr>
          <w:rFonts w:ascii="Arial" w:hAnsi="Arial" w:cs="Arial"/>
          <w:b/>
          <w:bCs/>
        </w:rPr>
      </w:pPr>
      <w:r w:rsidRPr="007F36BB">
        <w:rPr>
          <w:rFonts w:ascii="Arial" w:hAnsi="Arial" w:cs="Arial"/>
          <w:b/>
          <w:bCs/>
        </w:rPr>
        <w:t>Prayer</w:t>
      </w:r>
    </w:p>
    <w:p w14:paraId="117F1D6D" w14:textId="77777777" w:rsidR="00605635" w:rsidRPr="007F36BB" w:rsidRDefault="00605635" w:rsidP="00605635">
      <w:pPr>
        <w:spacing w:after="0" w:line="240" w:lineRule="auto"/>
        <w:rPr>
          <w:rFonts w:ascii="Arial" w:hAnsi="Arial" w:cs="Arial"/>
        </w:rPr>
      </w:pPr>
      <w:r w:rsidRPr="007F36BB">
        <w:rPr>
          <w:rFonts w:ascii="Arial" w:hAnsi="Arial" w:cs="Arial"/>
          <w:i/>
          <w:iCs/>
        </w:rPr>
        <w:t xml:space="preserve">Lord, I thank You and I praise You. You are the Great God. Fill me with Your joy, as only You can. When negative emotions try to </w:t>
      </w:r>
      <w:proofErr w:type="gramStart"/>
      <w:r w:rsidRPr="007F36BB">
        <w:rPr>
          <w:rFonts w:ascii="Arial" w:hAnsi="Arial" w:cs="Arial"/>
          <w:i/>
          <w:iCs/>
        </w:rPr>
        <w:t>rise up</w:t>
      </w:r>
      <w:proofErr w:type="gramEnd"/>
      <w:r w:rsidRPr="007F36BB">
        <w:rPr>
          <w:rFonts w:ascii="Arial" w:hAnsi="Arial" w:cs="Arial"/>
          <w:i/>
          <w:iCs/>
        </w:rPr>
        <w:t>, help me to stop worshiping the issue and instead worship the Problem Solver. Teach me to live in a continual state of praise and worship, for that is where my strength comes from. Amen.</w:t>
      </w:r>
    </w:p>
    <w:p w14:paraId="549889D5" w14:textId="77777777" w:rsidR="00605635" w:rsidRDefault="00605635" w:rsidP="00605635">
      <w:pPr>
        <w:spacing w:after="0" w:line="240" w:lineRule="auto"/>
        <w:rPr>
          <w:rFonts w:ascii="Arial" w:hAnsi="Arial" w:cs="Arial"/>
          <w:b/>
        </w:rPr>
      </w:pPr>
    </w:p>
    <w:p w14:paraId="7AEC82CC" w14:textId="77777777" w:rsidR="00605635" w:rsidRDefault="00605635" w:rsidP="00605635">
      <w:pPr>
        <w:spacing w:after="0" w:line="240" w:lineRule="auto"/>
        <w:rPr>
          <w:rFonts w:ascii="Arial" w:hAnsi="Arial" w:cs="Arial"/>
          <w:b/>
        </w:rPr>
      </w:pPr>
    </w:p>
    <w:p w14:paraId="5E62C4D1" w14:textId="77777777" w:rsidR="00605635" w:rsidRPr="008416E8" w:rsidRDefault="00605635" w:rsidP="00605635">
      <w:pPr>
        <w:spacing w:after="0" w:line="240" w:lineRule="auto"/>
        <w:rPr>
          <w:rFonts w:ascii="Arial" w:hAnsi="Arial" w:cs="Arial"/>
          <w:b/>
        </w:rPr>
      </w:pPr>
      <w:r w:rsidRPr="008416E8">
        <w:rPr>
          <w:rFonts w:ascii="Arial" w:hAnsi="Arial" w:cs="Arial"/>
          <w:b/>
        </w:rPr>
        <w:t>NOTES:</w:t>
      </w:r>
    </w:p>
    <w:p w14:paraId="0E2577BF" w14:textId="63198A38" w:rsidR="00605635" w:rsidRDefault="00605635" w:rsidP="00605635">
      <w:pPr>
        <w:spacing w:after="0" w:line="360" w:lineRule="auto"/>
        <w:rPr>
          <w:rFonts w:ascii="Arial" w:hAnsi="Arial" w:cs="Arial"/>
        </w:rPr>
      </w:pPr>
      <w:r w:rsidRPr="008416E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
    <w:p w14:paraId="4E6F8A7D" w14:textId="77777777" w:rsidR="00605635" w:rsidRPr="00861E58" w:rsidRDefault="00605635" w:rsidP="00605635">
      <w:pPr>
        <w:autoSpaceDE w:val="0"/>
        <w:autoSpaceDN w:val="0"/>
        <w:adjustRightInd w:val="0"/>
        <w:spacing w:after="0" w:line="240" w:lineRule="auto"/>
        <w:rPr>
          <w:rFonts w:ascii="Arial" w:eastAsiaTheme="minorHAnsi" w:hAnsi="Arial" w:cs="Arial"/>
          <w:b/>
          <w:color w:val="7030A0"/>
          <w:sz w:val="32"/>
          <w:szCs w:val="32"/>
        </w:rPr>
      </w:pPr>
      <w:r w:rsidRPr="00861E58">
        <w:rPr>
          <w:rFonts w:ascii="Arial" w:eastAsiaTheme="minorHAnsi" w:hAnsi="Arial" w:cs="Arial"/>
          <w:b/>
          <w:color w:val="7030A0"/>
          <w:sz w:val="32"/>
          <w:szCs w:val="32"/>
        </w:rPr>
        <w:lastRenderedPageBreak/>
        <w:t>SUNDAY, APRIL 5, 2026 (EASTER SUNDAY MORNING)</w:t>
      </w:r>
    </w:p>
    <w:p w14:paraId="2820CEC7" w14:textId="77777777" w:rsidR="00605635" w:rsidRPr="00605635" w:rsidRDefault="00605635" w:rsidP="00605635">
      <w:pPr>
        <w:autoSpaceDE w:val="0"/>
        <w:autoSpaceDN w:val="0"/>
        <w:adjustRightInd w:val="0"/>
        <w:spacing w:after="0" w:line="240" w:lineRule="auto"/>
        <w:rPr>
          <w:rFonts w:ascii="Arial" w:eastAsiaTheme="minorHAnsi" w:hAnsi="Arial" w:cs="Arial"/>
          <w:b/>
          <w:color w:val="000000"/>
          <w:sz w:val="32"/>
          <w:szCs w:val="32"/>
        </w:rPr>
      </w:pPr>
    </w:p>
    <w:p w14:paraId="0DA97B51" w14:textId="6F290BC6" w:rsidR="00605635" w:rsidRPr="00861E58" w:rsidRDefault="00605635" w:rsidP="00605635">
      <w:pPr>
        <w:autoSpaceDE w:val="0"/>
        <w:autoSpaceDN w:val="0"/>
        <w:adjustRightInd w:val="0"/>
        <w:spacing w:after="0" w:line="240" w:lineRule="auto"/>
        <w:rPr>
          <w:rFonts w:ascii="Arial" w:eastAsiaTheme="minorHAnsi" w:hAnsi="Arial" w:cs="Arial"/>
          <w:b/>
          <w:color w:val="7030A0"/>
          <w:sz w:val="32"/>
          <w:szCs w:val="32"/>
        </w:rPr>
      </w:pPr>
      <w:r w:rsidRPr="00861E58">
        <w:rPr>
          <w:rFonts w:ascii="Arial" w:eastAsiaTheme="minorHAnsi" w:hAnsi="Arial" w:cs="Arial"/>
          <w:b/>
          <w:color w:val="7030A0"/>
          <w:sz w:val="32"/>
          <w:szCs w:val="32"/>
        </w:rPr>
        <w:t>WE DID IT….</w:t>
      </w:r>
    </w:p>
    <w:p w14:paraId="39EC8FCB" w14:textId="77777777" w:rsidR="00605635" w:rsidRPr="00C163A1" w:rsidRDefault="00605635" w:rsidP="00605635">
      <w:pPr>
        <w:autoSpaceDE w:val="0"/>
        <w:autoSpaceDN w:val="0"/>
        <w:adjustRightInd w:val="0"/>
        <w:spacing w:after="0" w:line="240" w:lineRule="auto"/>
        <w:rPr>
          <w:rFonts w:ascii="Arial" w:eastAsiaTheme="minorHAnsi" w:hAnsi="Arial" w:cs="Arial"/>
          <w:b/>
          <w:color w:val="000000"/>
        </w:rPr>
      </w:pPr>
    </w:p>
    <w:p w14:paraId="43552F85" w14:textId="77777777" w:rsidR="00605635" w:rsidRDefault="00605635" w:rsidP="00605635">
      <w:pPr>
        <w:autoSpaceDE w:val="0"/>
        <w:autoSpaceDN w:val="0"/>
        <w:adjustRightInd w:val="0"/>
        <w:spacing w:after="0" w:line="240" w:lineRule="auto"/>
        <w:rPr>
          <w:rFonts w:ascii="Arial" w:eastAsiaTheme="minorHAnsi" w:hAnsi="Arial" w:cs="Arial"/>
          <w:color w:val="000000"/>
        </w:rPr>
      </w:pPr>
      <w:r>
        <w:rPr>
          <w:rFonts w:ascii="Arial" w:eastAsiaTheme="minorHAnsi" w:hAnsi="Arial" w:cs="Arial"/>
          <w:color w:val="000000"/>
        </w:rPr>
        <w:t xml:space="preserve">Today, let’s worship together for our Sunrise Service and fellowship together with our Annual Easter Breakfast. Remember, Jesus died for our sins and has risen from the tomb. He is Alive. And with all the scriptural readings, the prayers lifted this week, let us </w:t>
      </w:r>
      <w:proofErr w:type="gramStart"/>
      <w:r>
        <w:rPr>
          <w:rFonts w:ascii="Arial" w:eastAsiaTheme="minorHAnsi" w:hAnsi="Arial" w:cs="Arial"/>
          <w:color w:val="000000"/>
        </w:rPr>
        <w:t>too</w:t>
      </w:r>
      <w:proofErr w:type="gramEnd"/>
      <w:r>
        <w:rPr>
          <w:rFonts w:ascii="Arial" w:eastAsiaTheme="minorHAnsi" w:hAnsi="Arial" w:cs="Arial"/>
          <w:color w:val="000000"/>
        </w:rPr>
        <w:t xml:space="preserve"> rise and walk in AUTHORITY just as Christ did. </w:t>
      </w:r>
    </w:p>
    <w:p w14:paraId="360CD3D0"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2526ABE1" w14:textId="77777777" w:rsidR="00605635" w:rsidRPr="00C163A1" w:rsidRDefault="00605635" w:rsidP="00605635">
      <w:pPr>
        <w:autoSpaceDE w:val="0"/>
        <w:autoSpaceDN w:val="0"/>
        <w:adjustRightInd w:val="0"/>
        <w:spacing w:after="0" w:line="240" w:lineRule="auto"/>
        <w:rPr>
          <w:rFonts w:ascii="Arial" w:eastAsiaTheme="minorHAnsi" w:hAnsi="Arial" w:cs="Arial"/>
          <w:color w:val="000000"/>
        </w:rPr>
      </w:pPr>
      <w:r w:rsidRPr="00C163A1">
        <w:rPr>
          <w:rFonts w:ascii="Arial" w:eastAsiaTheme="minorHAnsi" w:hAnsi="Arial" w:cs="Arial"/>
          <w:color w:val="000000"/>
        </w:rPr>
        <w:t xml:space="preserve">Now that </w:t>
      </w:r>
      <w:r>
        <w:rPr>
          <w:rFonts w:ascii="Arial" w:eastAsiaTheme="minorHAnsi" w:hAnsi="Arial" w:cs="Arial"/>
          <w:color w:val="000000"/>
        </w:rPr>
        <w:t>we</w:t>
      </w:r>
      <w:r w:rsidRPr="00C163A1">
        <w:rPr>
          <w:rFonts w:ascii="Arial" w:eastAsiaTheme="minorHAnsi" w:hAnsi="Arial" w:cs="Arial"/>
          <w:color w:val="000000"/>
        </w:rPr>
        <w:t xml:space="preserve"> have completed </w:t>
      </w:r>
      <w:r>
        <w:rPr>
          <w:rFonts w:ascii="Arial" w:eastAsiaTheme="minorHAnsi" w:hAnsi="Arial" w:cs="Arial"/>
          <w:color w:val="000000"/>
        </w:rPr>
        <w:t>our Holy Week Fast</w:t>
      </w:r>
      <w:r w:rsidRPr="00C163A1">
        <w:rPr>
          <w:rFonts w:ascii="Arial" w:eastAsiaTheme="minorHAnsi" w:hAnsi="Arial" w:cs="Arial"/>
          <w:color w:val="000000"/>
        </w:rPr>
        <w:t xml:space="preserve"> and Prayer, what </w:t>
      </w:r>
      <w:r>
        <w:rPr>
          <w:rFonts w:ascii="Arial" w:eastAsiaTheme="minorHAnsi" w:hAnsi="Arial" w:cs="Arial"/>
          <w:color w:val="000000"/>
        </w:rPr>
        <w:t>d</w:t>
      </w:r>
      <w:r w:rsidRPr="00C163A1">
        <w:rPr>
          <w:rFonts w:ascii="Arial" w:eastAsiaTheme="minorHAnsi" w:hAnsi="Arial" w:cs="Arial"/>
          <w:color w:val="000000"/>
        </w:rPr>
        <w:t xml:space="preserve">o we do now? </w:t>
      </w:r>
      <w:r>
        <w:rPr>
          <w:rFonts w:ascii="Arial" w:eastAsiaTheme="minorHAnsi" w:hAnsi="Arial" w:cs="Arial"/>
          <w:color w:val="000000"/>
        </w:rPr>
        <w:t>Simple, c</w:t>
      </w:r>
      <w:r w:rsidRPr="00C163A1">
        <w:rPr>
          <w:rFonts w:ascii="Arial" w:eastAsiaTheme="minorHAnsi" w:hAnsi="Arial" w:cs="Arial"/>
          <w:color w:val="000000"/>
        </w:rPr>
        <w:t xml:space="preserve">ontinue to get closer to </w:t>
      </w:r>
      <w:r>
        <w:rPr>
          <w:rFonts w:ascii="Arial" w:eastAsiaTheme="minorHAnsi" w:hAnsi="Arial" w:cs="Arial"/>
          <w:color w:val="000000"/>
        </w:rPr>
        <w:t>our God.</w:t>
      </w:r>
      <w:r w:rsidRPr="00C163A1">
        <w:rPr>
          <w:rFonts w:ascii="Arial" w:eastAsiaTheme="minorHAnsi" w:hAnsi="Arial" w:cs="Arial"/>
          <w:color w:val="000000"/>
        </w:rPr>
        <w:t xml:space="preserve"> </w:t>
      </w:r>
      <w:r>
        <w:rPr>
          <w:rFonts w:ascii="Arial" w:eastAsiaTheme="minorHAnsi" w:hAnsi="Arial" w:cs="Arial"/>
          <w:color w:val="000000"/>
        </w:rPr>
        <w:t>Continue s</w:t>
      </w:r>
      <w:r w:rsidRPr="00C163A1">
        <w:rPr>
          <w:rFonts w:ascii="Arial" w:eastAsiaTheme="minorHAnsi" w:hAnsi="Arial" w:cs="Arial"/>
          <w:color w:val="000000"/>
        </w:rPr>
        <w:t>eek</w:t>
      </w:r>
      <w:r>
        <w:rPr>
          <w:rFonts w:ascii="Arial" w:eastAsiaTheme="minorHAnsi" w:hAnsi="Arial" w:cs="Arial"/>
          <w:color w:val="000000"/>
        </w:rPr>
        <w:t>ing</w:t>
      </w:r>
      <w:r w:rsidRPr="00C163A1">
        <w:rPr>
          <w:rFonts w:ascii="Arial" w:eastAsiaTheme="minorHAnsi" w:hAnsi="Arial" w:cs="Arial"/>
          <w:color w:val="000000"/>
        </w:rPr>
        <w:t xml:space="preserve"> ways to stay committed to reading His Word </w:t>
      </w:r>
      <w:proofErr w:type="gramStart"/>
      <w:r w:rsidRPr="00C163A1">
        <w:rPr>
          <w:rFonts w:ascii="Arial" w:eastAsiaTheme="minorHAnsi" w:hAnsi="Arial" w:cs="Arial"/>
          <w:color w:val="000000"/>
        </w:rPr>
        <w:t>on a daily basis</w:t>
      </w:r>
      <w:proofErr w:type="gramEnd"/>
      <w:r w:rsidRPr="00C163A1">
        <w:rPr>
          <w:rFonts w:ascii="Arial" w:eastAsiaTheme="minorHAnsi" w:hAnsi="Arial" w:cs="Arial"/>
          <w:color w:val="000000"/>
        </w:rPr>
        <w:t>, crave out time in our schedule to pray and communicate to Him, become</w:t>
      </w:r>
      <w:r>
        <w:rPr>
          <w:rFonts w:ascii="Arial" w:eastAsiaTheme="minorHAnsi" w:hAnsi="Arial" w:cs="Arial"/>
          <w:color w:val="000000"/>
        </w:rPr>
        <w:t xml:space="preserve"> even more</w:t>
      </w:r>
      <w:r w:rsidRPr="00C163A1">
        <w:rPr>
          <w:rFonts w:ascii="Arial" w:eastAsiaTheme="minorHAnsi" w:hAnsi="Arial" w:cs="Arial"/>
          <w:color w:val="000000"/>
        </w:rPr>
        <w:t xml:space="preserve"> active in your church, look for ways to serve others, and always have an evangelistic mindset by witnessing to others about Christ’s love for them. </w:t>
      </w:r>
      <w:r>
        <w:rPr>
          <w:rFonts w:ascii="Arial" w:eastAsiaTheme="minorHAnsi" w:hAnsi="Arial" w:cs="Arial"/>
          <w:color w:val="000000"/>
        </w:rPr>
        <w:t>Let us l</w:t>
      </w:r>
      <w:r w:rsidRPr="00C163A1">
        <w:rPr>
          <w:rFonts w:ascii="Arial" w:eastAsiaTheme="minorHAnsi" w:hAnsi="Arial" w:cs="Arial"/>
          <w:color w:val="000000"/>
        </w:rPr>
        <w:t xml:space="preserve">ive every day to please our God and ready to share His love. </w:t>
      </w:r>
    </w:p>
    <w:p w14:paraId="579C9DFE" w14:textId="77777777" w:rsidR="00605635" w:rsidRPr="00C163A1" w:rsidRDefault="00605635" w:rsidP="00605635">
      <w:pPr>
        <w:autoSpaceDE w:val="0"/>
        <w:autoSpaceDN w:val="0"/>
        <w:adjustRightInd w:val="0"/>
        <w:spacing w:after="0" w:line="240" w:lineRule="auto"/>
        <w:rPr>
          <w:rFonts w:ascii="Arial" w:eastAsiaTheme="minorHAnsi" w:hAnsi="Arial" w:cs="Arial"/>
          <w:color w:val="000000"/>
        </w:rPr>
      </w:pPr>
    </w:p>
    <w:p w14:paraId="2E660F83" w14:textId="77777777" w:rsidR="00605635" w:rsidRPr="004F2932" w:rsidRDefault="00605635" w:rsidP="00605635">
      <w:pPr>
        <w:autoSpaceDE w:val="0"/>
        <w:autoSpaceDN w:val="0"/>
        <w:adjustRightInd w:val="0"/>
        <w:spacing w:after="0" w:line="240" w:lineRule="auto"/>
        <w:rPr>
          <w:rFonts w:ascii="Arial" w:eastAsiaTheme="minorHAnsi" w:hAnsi="Arial" w:cs="Arial"/>
          <w:b/>
          <w:color w:val="000000"/>
        </w:rPr>
      </w:pPr>
      <w:r w:rsidRPr="00C163A1">
        <w:rPr>
          <w:rFonts w:ascii="Arial" w:eastAsiaTheme="minorHAnsi" w:hAnsi="Arial" w:cs="Arial"/>
          <w:color w:val="000000"/>
        </w:rPr>
        <w:t>Remember, we were created for His glory; to do good and godly work</w:t>
      </w:r>
      <w:r>
        <w:rPr>
          <w:rFonts w:ascii="Arial" w:eastAsiaTheme="minorHAnsi" w:hAnsi="Arial" w:cs="Arial"/>
          <w:color w:val="000000"/>
        </w:rPr>
        <w:t xml:space="preserve"> and to live out our purpose here on earth. We must stay focus on our calling and do all we can to fulfill our purpose. Though the world will present distractions to us, to keep us from our purpose, it is up to us to remain steadfast and be determined in doing all we were created to do. And </w:t>
      </w:r>
      <w:proofErr w:type="gramStart"/>
      <w:r>
        <w:rPr>
          <w:rFonts w:ascii="Arial" w:eastAsiaTheme="minorHAnsi" w:hAnsi="Arial" w:cs="Arial"/>
          <w:color w:val="000000"/>
        </w:rPr>
        <w:t>so</w:t>
      </w:r>
      <w:proofErr w:type="gramEnd"/>
      <w:r>
        <w:rPr>
          <w:rFonts w:ascii="Arial" w:eastAsiaTheme="minorHAnsi" w:hAnsi="Arial" w:cs="Arial"/>
          <w:color w:val="000000"/>
        </w:rPr>
        <w:t xml:space="preserve"> I conclude our guide with the words from the apostle Paul when he wrote to the church of Colossae in that 3</w:t>
      </w:r>
      <w:r w:rsidRPr="004F2932">
        <w:rPr>
          <w:rFonts w:ascii="Arial" w:eastAsiaTheme="minorHAnsi" w:hAnsi="Arial" w:cs="Arial"/>
          <w:color w:val="000000"/>
          <w:vertAlign w:val="superscript"/>
        </w:rPr>
        <w:t>rd</w:t>
      </w:r>
      <w:r>
        <w:rPr>
          <w:rFonts w:ascii="Arial" w:eastAsiaTheme="minorHAnsi" w:hAnsi="Arial" w:cs="Arial"/>
          <w:color w:val="000000"/>
        </w:rPr>
        <w:t xml:space="preserve"> chapter. Paul said, “</w:t>
      </w:r>
      <w:r w:rsidRPr="004F2932">
        <w:rPr>
          <w:rFonts w:ascii="Arial" w:eastAsiaTheme="minorHAnsi" w:hAnsi="Arial" w:cs="Arial"/>
          <w:i/>
          <w:color w:val="000000"/>
        </w:rPr>
        <w:t>Since you were brought back to life with Christ, focus on the things that are above—where Christ holds the highest position. Keep your mind on things above, not on worldly things. You have died, and your life is hidden with Christ in God. Christ is your life. When he appears, then you, too, will appear with him in glory</w:t>
      </w:r>
      <w:r w:rsidRPr="004F2932">
        <w:rPr>
          <w:rFonts w:ascii="Arial" w:eastAsiaTheme="minorHAnsi" w:hAnsi="Arial" w:cs="Arial"/>
          <w:color w:val="000000"/>
        </w:rPr>
        <w:t>.</w:t>
      </w:r>
      <w:r>
        <w:rPr>
          <w:rFonts w:ascii="Arial" w:eastAsiaTheme="minorHAnsi" w:hAnsi="Arial" w:cs="Arial"/>
          <w:color w:val="000000"/>
        </w:rPr>
        <w:t xml:space="preserve">”  </w:t>
      </w:r>
      <w:r w:rsidRPr="00C163A1">
        <w:rPr>
          <w:rFonts w:ascii="Arial" w:eastAsiaTheme="minorHAnsi" w:hAnsi="Arial" w:cs="Arial"/>
          <w:color w:val="000000"/>
        </w:rPr>
        <w:t xml:space="preserve"> Let us </w:t>
      </w:r>
      <w:r>
        <w:rPr>
          <w:rFonts w:ascii="Arial" w:eastAsiaTheme="minorHAnsi" w:hAnsi="Arial" w:cs="Arial"/>
          <w:color w:val="000000"/>
        </w:rPr>
        <w:t xml:space="preserve">live for Him and do the things He called us to do. </w:t>
      </w:r>
    </w:p>
    <w:p w14:paraId="1C6DE032"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3E3E9C35"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02FB6005" w14:textId="77777777" w:rsidR="00605635" w:rsidRDefault="00605635" w:rsidP="00605635">
      <w:pPr>
        <w:autoSpaceDE w:val="0"/>
        <w:autoSpaceDN w:val="0"/>
        <w:adjustRightInd w:val="0"/>
        <w:spacing w:after="0" w:line="240" w:lineRule="auto"/>
        <w:jc w:val="center"/>
        <w:rPr>
          <w:rFonts w:ascii="Arial" w:eastAsiaTheme="minorHAnsi" w:hAnsi="Arial" w:cs="Arial"/>
          <w:color w:val="000000"/>
        </w:rPr>
      </w:pPr>
      <w:r>
        <w:rPr>
          <w:rFonts w:ascii="Arial" w:eastAsiaTheme="minorHAnsi" w:hAnsi="Arial" w:cs="Arial"/>
          <w:noProof/>
          <w:color w:val="000000"/>
        </w:rPr>
        <w:drawing>
          <wp:inline distT="0" distB="0" distL="0" distR="0" wp14:anchorId="5CAC5C01" wp14:editId="4A17BE08">
            <wp:extent cx="3277929" cy="2042160"/>
            <wp:effectExtent l="0" t="0" r="0" b="0"/>
            <wp:docPr id="501304037" name="Picture 20" descr="A group of crosses in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04037" name="Picture 20" descr="A group of crosses in a cav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0466" cy="2043741"/>
                    </a:xfrm>
                    <a:prstGeom prst="rect">
                      <a:avLst/>
                    </a:prstGeom>
                    <a:noFill/>
                  </pic:spPr>
                </pic:pic>
              </a:graphicData>
            </a:graphic>
          </wp:inline>
        </w:drawing>
      </w:r>
    </w:p>
    <w:p w14:paraId="009F4D3A"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7A626064"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2B18E79E"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70BA96AA" w14:textId="77777777" w:rsidR="00605635" w:rsidRDefault="00605635" w:rsidP="00605635">
      <w:pPr>
        <w:autoSpaceDE w:val="0"/>
        <w:autoSpaceDN w:val="0"/>
        <w:adjustRightInd w:val="0"/>
        <w:spacing w:after="0" w:line="240" w:lineRule="auto"/>
        <w:rPr>
          <w:rFonts w:ascii="Arial" w:eastAsiaTheme="minorHAnsi" w:hAnsi="Arial" w:cs="Arial"/>
          <w:color w:val="000000"/>
        </w:rPr>
      </w:pPr>
      <w:r>
        <w:rPr>
          <w:rFonts w:ascii="Arial" w:eastAsiaTheme="minorHAnsi" w:hAnsi="Arial" w:cs="Arial"/>
          <w:color w:val="000000"/>
        </w:rPr>
        <w:t>All for His Glory,</w:t>
      </w:r>
    </w:p>
    <w:p w14:paraId="4132E647"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58B908A2" w14:textId="77777777" w:rsidR="00605635" w:rsidRPr="004F2932" w:rsidRDefault="00605635" w:rsidP="00605635">
      <w:pPr>
        <w:autoSpaceDE w:val="0"/>
        <w:autoSpaceDN w:val="0"/>
        <w:adjustRightInd w:val="0"/>
        <w:spacing w:after="0" w:line="240" w:lineRule="auto"/>
        <w:rPr>
          <w:rFonts w:ascii="Vladimir Script" w:eastAsiaTheme="minorHAnsi" w:hAnsi="Vladimir Script" w:cs="Arial"/>
          <w:color w:val="000000"/>
          <w:sz w:val="36"/>
          <w:szCs w:val="36"/>
        </w:rPr>
      </w:pPr>
      <w:r w:rsidRPr="004F2932">
        <w:rPr>
          <w:rFonts w:ascii="Vladimir Script" w:eastAsiaTheme="minorHAnsi" w:hAnsi="Vladimir Script" w:cs="Arial"/>
          <w:color w:val="000000"/>
          <w:sz w:val="36"/>
          <w:szCs w:val="36"/>
        </w:rPr>
        <w:t>George P. Windley, Jr.</w:t>
      </w:r>
    </w:p>
    <w:p w14:paraId="4D8D1CB2" w14:textId="77777777" w:rsidR="00605635" w:rsidRDefault="00605635" w:rsidP="00605635">
      <w:pPr>
        <w:autoSpaceDE w:val="0"/>
        <w:autoSpaceDN w:val="0"/>
        <w:adjustRightInd w:val="0"/>
        <w:spacing w:after="0" w:line="240" w:lineRule="auto"/>
        <w:rPr>
          <w:rFonts w:ascii="Arial" w:eastAsiaTheme="minorHAnsi" w:hAnsi="Arial" w:cs="Arial"/>
          <w:color w:val="000000"/>
        </w:rPr>
      </w:pPr>
    </w:p>
    <w:p w14:paraId="1F583DBA" w14:textId="14B59388" w:rsidR="00605635" w:rsidRDefault="00605635" w:rsidP="00605635">
      <w:pPr>
        <w:autoSpaceDE w:val="0"/>
        <w:autoSpaceDN w:val="0"/>
        <w:adjustRightInd w:val="0"/>
        <w:spacing w:after="0" w:line="240" w:lineRule="auto"/>
        <w:rPr>
          <w:rFonts w:ascii="Arial" w:eastAsiaTheme="minorHAnsi" w:hAnsi="Arial" w:cs="Arial"/>
          <w:color w:val="000000"/>
        </w:rPr>
      </w:pPr>
      <w:r>
        <w:rPr>
          <w:rFonts w:ascii="Arial" w:eastAsiaTheme="minorHAnsi" w:hAnsi="Arial" w:cs="Arial"/>
          <w:color w:val="000000"/>
        </w:rPr>
        <w:t>George P. Windley, Jr., Pastor</w:t>
      </w:r>
    </w:p>
    <w:sectPr w:rsidR="00605635" w:rsidSect="000346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3D519" w14:textId="77777777" w:rsidR="007456C5" w:rsidRDefault="007456C5" w:rsidP="00D53D17">
      <w:pPr>
        <w:spacing w:after="0" w:line="240" w:lineRule="auto"/>
      </w:pPr>
      <w:r>
        <w:separator/>
      </w:r>
    </w:p>
  </w:endnote>
  <w:endnote w:type="continuationSeparator" w:id="0">
    <w:p w14:paraId="76BF8218" w14:textId="77777777" w:rsidR="007456C5" w:rsidRDefault="007456C5" w:rsidP="00D53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mp;quot">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D1B38" w14:textId="77777777" w:rsidR="007456C5" w:rsidRDefault="007456C5" w:rsidP="00D53D17">
      <w:pPr>
        <w:spacing w:after="0" w:line="240" w:lineRule="auto"/>
      </w:pPr>
      <w:r>
        <w:separator/>
      </w:r>
    </w:p>
  </w:footnote>
  <w:footnote w:type="continuationSeparator" w:id="0">
    <w:p w14:paraId="748FC038" w14:textId="77777777" w:rsidR="007456C5" w:rsidRDefault="007456C5" w:rsidP="00D53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AD31BB"/>
    <w:multiLevelType w:val="hybridMultilevel"/>
    <w:tmpl w:val="7C3EC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CF5D96"/>
    <w:multiLevelType w:val="hybridMultilevel"/>
    <w:tmpl w:val="F6B05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E4B96"/>
    <w:multiLevelType w:val="hybridMultilevel"/>
    <w:tmpl w:val="1D64F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3A7C"/>
    <w:multiLevelType w:val="hybridMultilevel"/>
    <w:tmpl w:val="CCB0F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01104">
    <w:abstractNumId w:val="8"/>
  </w:num>
  <w:num w:numId="2" w16cid:durableId="1204561567">
    <w:abstractNumId w:val="6"/>
  </w:num>
  <w:num w:numId="3" w16cid:durableId="602541886">
    <w:abstractNumId w:val="5"/>
  </w:num>
  <w:num w:numId="4" w16cid:durableId="547424641">
    <w:abstractNumId w:val="4"/>
  </w:num>
  <w:num w:numId="5" w16cid:durableId="1569002340">
    <w:abstractNumId w:val="7"/>
  </w:num>
  <w:num w:numId="6" w16cid:durableId="1336306525">
    <w:abstractNumId w:val="3"/>
  </w:num>
  <w:num w:numId="7" w16cid:durableId="1936283321">
    <w:abstractNumId w:val="2"/>
  </w:num>
  <w:num w:numId="8" w16cid:durableId="418673230">
    <w:abstractNumId w:val="1"/>
  </w:num>
  <w:num w:numId="9" w16cid:durableId="1085298490">
    <w:abstractNumId w:val="0"/>
  </w:num>
  <w:num w:numId="10" w16cid:durableId="1287196397">
    <w:abstractNumId w:val="9"/>
  </w:num>
  <w:num w:numId="11" w16cid:durableId="11149578">
    <w:abstractNumId w:val="12"/>
  </w:num>
  <w:num w:numId="12" w16cid:durableId="545065128">
    <w:abstractNumId w:val="11"/>
  </w:num>
  <w:num w:numId="13" w16cid:durableId="18010254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6967"/>
    <w:rsid w:val="000A52EB"/>
    <w:rsid w:val="001143C8"/>
    <w:rsid w:val="0015074B"/>
    <w:rsid w:val="001C6C0C"/>
    <w:rsid w:val="00247E8B"/>
    <w:rsid w:val="0029639D"/>
    <w:rsid w:val="002D39F1"/>
    <w:rsid w:val="003068FC"/>
    <w:rsid w:val="00326F90"/>
    <w:rsid w:val="00345DB3"/>
    <w:rsid w:val="00500121"/>
    <w:rsid w:val="00605635"/>
    <w:rsid w:val="006D3808"/>
    <w:rsid w:val="006F2973"/>
    <w:rsid w:val="00716821"/>
    <w:rsid w:val="007456C5"/>
    <w:rsid w:val="0075270A"/>
    <w:rsid w:val="008231C4"/>
    <w:rsid w:val="00861E58"/>
    <w:rsid w:val="00A84757"/>
    <w:rsid w:val="00AA1D8D"/>
    <w:rsid w:val="00AB041C"/>
    <w:rsid w:val="00AE692D"/>
    <w:rsid w:val="00B47730"/>
    <w:rsid w:val="00C23D11"/>
    <w:rsid w:val="00C653DE"/>
    <w:rsid w:val="00C97A51"/>
    <w:rsid w:val="00CB0664"/>
    <w:rsid w:val="00CC7B4F"/>
    <w:rsid w:val="00D53D17"/>
    <w:rsid w:val="00D57D8A"/>
    <w:rsid w:val="00E34B17"/>
    <w:rsid w:val="00F83B4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B39BF"/>
  <w14:defaultImageDpi w14:val="300"/>
  <w15:docId w15:val="{A4E38E93-9C66-9242-9E6E-EBCC040D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605635"/>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48342">
      <w:bodyDiv w:val="1"/>
      <w:marLeft w:val="0"/>
      <w:marRight w:val="0"/>
      <w:marTop w:val="0"/>
      <w:marBottom w:val="0"/>
      <w:divBdr>
        <w:top w:val="none" w:sz="0" w:space="0" w:color="auto"/>
        <w:left w:val="none" w:sz="0" w:space="0" w:color="auto"/>
        <w:bottom w:val="none" w:sz="0" w:space="0" w:color="auto"/>
        <w:right w:val="none" w:sz="0" w:space="0" w:color="auto"/>
      </w:divBdr>
    </w:div>
    <w:div w:id="14577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ing.com/images/search?view=detailV2&amp;ccid=mnnCKSy1&amp;id=67D903CB6B4BBA6F6D0DA9F9779BB1388B18F226&amp;thid=OIP.mnnCKSy1XTreN-kHqzWZiwHaGl&amp;mediaurl=http://www.poc21.cc/magazine/wp-content/uploads/sites/7/2015/08/day2.png&amp;exph=242&amp;expw=272&amp;q=Day+2&amp;simid=608016781092325727&amp;selectedIndex=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4093</Words>
  <Characters>21289</Characters>
  <Application>Microsoft Office Word</Application>
  <DocSecurity>0</DocSecurity>
  <Lines>760</Lines>
  <Paragraphs>342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First Baptist Missionary</cp:lastModifiedBy>
  <cp:revision>4</cp:revision>
  <cp:lastPrinted>2026-03-19T15:31:00Z</cp:lastPrinted>
  <dcterms:created xsi:type="dcterms:W3CDTF">2026-03-19T14:39:00Z</dcterms:created>
  <dcterms:modified xsi:type="dcterms:W3CDTF">2026-03-19T15:58:00Z</dcterms:modified>
  <cp:category/>
</cp:coreProperties>
</file>